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68"/>
        <w:gridCol w:w="4968"/>
      </w:tblGrid>
      <w:tr w:rsidR="001B326E" w14:paraId="26D1B8CD" w14:textId="77777777">
        <w:trPr>
          <w:cantSplit/>
          <w:jc w:val="center"/>
        </w:trPr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shd w:val="clear" w:color="auto" w:fill="EAF5F4"/>
          </w:tcPr>
          <w:p w14:paraId="2B38A641" w14:textId="77777777" w:rsidR="001B326E" w:rsidRDefault="008C488B">
            <w:pPr>
              <w:spacing w:after="0"/>
            </w:pPr>
            <w:r>
              <w:rPr>
                <w:b/>
                <w:color w:val="222222"/>
                <w:sz w:val="58"/>
              </w:rPr>
              <w:t>CAET</w:t>
            </w:r>
          </w:p>
          <w:p w14:paraId="374EC89B" w14:textId="77777777" w:rsidR="001B326E" w:rsidRDefault="008C488B">
            <w:pPr>
              <w:spacing w:after="0"/>
            </w:pPr>
            <w:r>
              <w:rPr>
                <w:b/>
                <w:color w:val="222222"/>
                <w:sz w:val="22"/>
              </w:rPr>
              <w:t>Creative Arts in Education and Therapy</w:t>
            </w:r>
          </w:p>
          <w:p w14:paraId="6472B69A" w14:textId="77777777" w:rsidR="001B326E" w:rsidRDefault="008C488B">
            <w:pPr>
              <w:spacing w:after="0"/>
            </w:pPr>
            <w:r>
              <w:rPr>
                <w:i/>
                <w:color w:val="6B6B6B"/>
                <w:sz w:val="18"/>
              </w:rPr>
              <w:t>East, West and Global Perspectives</w:t>
            </w:r>
          </w:p>
        </w:tc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  <w:shd w:val="clear" w:color="auto" w:fill="167F83"/>
          </w:tcPr>
          <w:p w14:paraId="1FD4190D" w14:textId="77777777" w:rsidR="001B326E" w:rsidRDefault="008C488B">
            <w:pPr>
              <w:jc w:val="center"/>
            </w:pPr>
            <w:r>
              <w:rPr>
                <w:b/>
                <w:color w:val="FFFFFF"/>
                <w:sz w:val="22"/>
              </w:rPr>
              <w:t>AUTHOR</w:t>
            </w:r>
            <w:r>
              <w:rPr>
                <w:b/>
                <w:color w:val="FFFFFF"/>
                <w:sz w:val="22"/>
              </w:rPr>
              <w:br/>
              <w:t>MANUSCRIPT</w:t>
            </w:r>
            <w:r>
              <w:rPr>
                <w:b/>
                <w:color w:val="FFFFFF"/>
                <w:sz w:val="22"/>
              </w:rPr>
              <w:br/>
              <w:t>TEMPLATE</w:t>
            </w:r>
          </w:p>
        </w:tc>
      </w:tr>
    </w:tbl>
    <w:p w14:paraId="56AB6956" w14:textId="77777777" w:rsidR="001B326E" w:rsidRDefault="001B326E"/>
    <w:p w14:paraId="08F4F26B" w14:textId="77777777" w:rsidR="001B326E" w:rsidRDefault="008C488B">
      <w:pPr>
        <w:pStyle w:val="Title"/>
      </w:pPr>
      <w:r>
        <w:t>Preparing a Manuscript for CAET</w:t>
      </w:r>
    </w:p>
    <w:p w14:paraId="3804B51C" w14:textId="77777777" w:rsidR="001B326E" w:rsidRDefault="008C488B">
      <w:r>
        <w:rPr>
          <w:color w:val="155F63"/>
          <w:sz w:val="26"/>
        </w:rPr>
        <w:t>A practical template for the journal's eight submission categories</w:t>
      </w:r>
    </w:p>
    <w:p w14:paraId="27A4BC87" w14:textId="77777777" w:rsidR="001B326E" w:rsidRDefault="008C488B">
      <w:r>
        <w:rPr>
          <w:color w:val="6B6B6B"/>
          <w:sz w:val="19"/>
        </w:rPr>
        <w:t>Version 1.0 | September 2026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95"/>
      </w:tblGrid>
      <w:tr w:rsidR="001B326E" w14:paraId="614EBB48" w14:textId="77777777">
        <w:trPr>
          <w:cantSplit/>
          <w:jc w:val="center"/>
        </w:trPr>
        <w:tc>
          <w:tcPr>
            <w:tcW w:w="9936" w:type="dxa"/>
            <w:tcBorders>
              <w:top w:val="single" w:sz="4" w:space="0" w:color="B8D7D5"/>
              <w:left w:val="single" w:sz="4" w:space="0" w:color="B8D7D5"/>
              <w:bottom w:val="single" w:sz="4" w:space="0" w:color="B8D7D5"/>
              <w:right w:val="single" w:sz="4" w:space="0" w:color="B8D7D5"/>
            </w:tcBorders>
            <w:shd w:val="clear" w:color="auto" w:fill="EAF5F4"/>
          </w:tcPr>
          <w:p w14:paraId="75E15A36" w14:textId="77777777" w:rsidR="001B326E" w:rsidRDefault="008C488B">
            <w:pPr>
              <w:spacing w:after="0"/>
            </w:pPr>
            <w:r>
              <w:rPr>
                <w:b/>
                <w:color w:val="155F63"/>
                <w:sz w:val="19"/>
              </w:rPr>
              <w:t xml:space="preserve">Purpose. </w:t>
            </w:r>
            <w:r>
              <w:rPr>
                <w:color w:val="222222"/>
                <w:sz w:val="19"/>
              </w:rPr>
              <w:t>Use this template to prepare the title page and anonymous manuscript. It guides structure and presentation; final published page design and typesetting are completed by CAET.</w:t>
            </w:r>
          </w:p>
        </w:tc>
      </w:tr>
    </w:tbl>
    <w:p w14:paraId="2473A821" w14:textId="77777777" w:rsidR="001B326E" w:rsidRDefault="001B326E">
      <w:pPr>
        <w:spacing w:after="0"/>
      </w:pPr>
    </w:p>
    <w:p w14:paraId="0405ADD8" w14:textId="77777777" w:rsidR="001B326E" w:rsidRDefault="008C488B">
      <w:pPr>
        <w:pStyle w:val="Heading1"/>
      </w:pPr>
      <w:r>
        <w:t>How to use this template</w:t>
      </w:r>
    </w:p>
    <w:p w14:paraId="68EADF41" w14:textId="77777777" w:rsidR="001B326E" w:rsidRDefault="008C488B">
      <w:pPr>
        <w:ind w:left="173"/>
      </w:pPr>
      <w:r>
        <w:rPr>
          <w:sz w:val="20"/>
        </w:rPr>
        <w:t>1. Select one of the eight CAET submission categories.</w:t>
      </w:r>
    </w:p>
    <w:p w14:paraId="1583ABC3" w14:textId="77777777" w:rsidR="001B326E" w:rsidRDefault="008C488B">
      <w:pPr>
        <w:ind w:left="173"/>
      </w:pPr>
      <w:r>
        <w:rPr>
          <w:sz w:val="20"/>
        </w:rPr>
        <w:t>2. Complete the separate Title Page. Do not place identifying author information in the anonymous manuscript.</w:t>
      </w:r>
    </w:p>
    <w:p w14:paraId="776127EF" w14:textId="77777777" w:rsidR="001B326E" w:rsidRDefault="008C488B">
      <w:pPr>
        <w:ind w:left="173"/>
      </w:pPr>
      <w:r>
        <w:rPr>
          <w:sz w:val="20"/>
        </w:rPr>
        <w:t>3. Use the recommended structure for your article type. Required elements should be included; recommended headings may be adapted to suit the contribution.</w:t>
      </w:r>
    </w:p>
    <w:p w14:paraId="654602B1" w14:textId="77777777" w:rsidR="001B326E" w:rsidRDefault="008C488B">
      <w:pPr>
        <w:ind w:left="173"/>
      </w:pPr>
      <w:r>
        <w:rPr>
          <w:sz w:val="20"/>
        </w:rPr>
        <w:t>4. Keep the manuscript within the word range for the selected category and the journal's overall word-count policy.</w:t>
      </w:r>
    </w:p>
    <w:p w14:paraId="49E23EB4" w14:textId="77777777" w:rsidR="001B326E" w:rsidRDefault="008C488B">
      <w:pPr>
        <w:ind w:left="173"/>
      </w:pPr>
      <w:r>
        <w:rPr>
          <w:sz w:val="20"/>
        </w:rPr>
        <w:t>5. Follow APA 7th edition for citations and references, and ensure permissions and ethics requirements are addressed where applicable.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95"/>
      </w:tblGrid>
      <w:tr w:rsidR="001B326E" w14:paraId="30BD81C9" w14:textId="77777777">
        <w:trPr>
          <w:cantSplit/>
          <w:jc w:val="center"/>
        </w:trPr>
        <w:tc>
          <w:tcPr>
            <w:tcW w:w="9936" w:type="dxa"/>
            <w:tcBorders>
              <w:top w:val="single" w:sz="4" w:space="0" w:color="B8D7D5"/>
              <w:left w:val="single" w:sz="4" w:space="0" w:color="B8D7D5"/>
              <w:bottom w:val="single" w:sz="4" w:space="0" w:color="B8D7D5"/>
              <w:right w:val="single" w:sz="4" w:space="0" w:color="B8D7D5"/>
            </w:tcBorders>
            <w:shd w:val="clear" w:color="auto" w:fill="EAF5F4"/>
          </w:tcPr>
          <w:p w14:paraId="078C69A5" w14:textId="77777777" w:rsidR="001B326E" w:rsidRDefault="008C488B">
            <w:pPr>
              <w:spacing w:after="0"/>
            </w:pPr>
            <w:r>
              <w:rPr>
                <w:b/>
                <w:color w:val="155F63"/>
                <w:sz w:val="19"/>
              </w:rPr>
              <w:t xml:space="preserve">Important. </w:t>
            </w:r>
            <w:r>
              <w:rPr>
                <w:color w:val="222222"/>
                <w:sz w:val="19"/>
              </w:rPr>
              <w:t>This is an authoring and submission template, not a replica of the final CAET publication layout. Authors should use a clear single-column manuscript format.</w:t>
            </w:r>
          </w:p>
        </w:tc>
      </w:tr>
    </w:tbl>
    <w:p w14:paraId="7128C140" w14:textId="77777777" w:rsidR="001B326E" w:rsidRDefault="001B326E">
      <w:pPr>
        <w:spacing w:after="0"/>
      </w:pPr>
    </w:p>
    <w:p w14:paraId="438AAE29" w14:textId="77777777" w:rsidR="001B326E" w:rsidRDefault="008C488B">
      <w:r>
        <w:br w:type="page"/>
      </w:r>
    </w:p>
    <w:p w14:paraId="3A4822C0" w14:textId="77777777" w:rsidR="001B326E" w:rsidRDefault="008C488B">
      <w:pPr>
        <w:pStyle w:val="Heading1"/>
      </w:pPr>
      <w:r>
        <w:lastRenderedPageBreak/>
        <w:t>PART I  |  TITLE PAGE - SUBMIT SEPARATELY</w:t>
      </w:r>
    </w:p>
    <w:p w14:paraId="7C6A0101" w14:textId="77777777" w:rsidR="001B326E" w:rsidRDefault="008C488B">
      <w:pPr>
        <w:ind w:left="173"/>
      </w:pPr>
      <w:r>
        <w:rPr>
          <w:i/>
          <w:color w:val="6B6B6B"/>
          <w:sz w:val="19"/>
        </w:rPr>
        <w:t>This page contains identifying information and should be uploaded separately from the anonymous manuscript.</w:t>
      </w:r>
    </w:p>
    <w:p w14:paraId="09B57ABA" w14:textId="77777777" w:rsidR="001B326E" w:rsidRDefault="008C488B">
      <w:pPr>
        <w:pStyle w:val="Heading2"/>
      </w:pPr>
      <w:r>
        <w:t>Article Type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97"/>
        <w:gridCol w:w="4798"/>
      </w:tblGrid>
      <w:tr w:rsidR="001B326E" w14:paraId="7B1E8765" w14:textId="77777777">
        <w:trPr>
          <w:cantSplit/>
          <w:jc w:val="center"/>
        </w:trPr>
        <w:tc>
          <w:tcPr>
            <w:tcW w:w="4968" w:type="dxa"/>
          </w:tcPr>
          <w:p w14:paraId="1231F2B0" w14:textId="77777777" w:rsidR="001B326E" w:rsidRDefault="008C488B">
            <w:r>
              <w:rPr>
                <w:sz w:val="19"/>
              </w:rPr>
              <w:t>☐  Original Research Article</w:t>
            </w:r>
          </w:p>
        </w:tc>
        <w:tc>
          <w:tcPr>
            <w:tcW w:w="4968" w:type="dxa"/>
          </w:tcPr>
          <w:p w14:paraId="2137F77F" w14:textId="77777777" w:rsidR="001B326E" w:rsidRDefault="008C488B">
            <w:r>
              <w:rPr>
                <w:sz w:val="19"/>
              </w:rPr>
              <w:t>☐  Review Article</w:t>
            </w:r>
          </w:p>
        </w:tc>
      </w:tr>
      <w:tr w:rsidR="001B326E" w14:paraId="0CA321D5" w14:textId="77777777">
        <w:trPr>
          <w:cantSplit/>
          <w:jc w:val="center"/>
        </w:trPr>
        <w:tc>
          <w:tcPr>
            <w:tcW w:w="4968" w:type="dxa"/>
          </w:tcPr>
          <w:p w14:paraId="5D3D19BD" w14:textId="77777777" w:rsidR="001B326E" w:rsidRDefault="008C488B">
            <w:r>
              <w:rPr>
                <w:sz w:val="19"/>
              </w:rPr>
              <w:t>☐  Theoretical / Conceptual Article</w:t>
            </w:r>
          </w:p>
        </w:tc>
        <w:tc>
          <w:tcPr>
            <w:tcW w:w="4968" w:type="dxa"/>
          </w:tcPr>
          <w:p w14:paraId="0C113ECE" w14:textId="77777777" w:rsidR="001B326E" w:rsidRDefault="008C488B">
            <w:r>
              <w:rPr>
                <w:sz w:val="19"/>
              </w:rPr>
              <w:t>☐  Position Article</w:t>
            </w:r>
          </w:p>
        </w:tc>
      </w:tr>
      <w:tr w:rsidR="001B326E" w14:paraId="6D26FEE9" w14:textId="77777777">
        <w:trPr>
          <w:cantSplit/>
          <w:jc w:val="center"/>
        </w:trPr>
        <w:tc>
          <w:tcPr>
            <w:tcW w:w="4968" w:type="dxa"/>
          </w:tcPr>
          <w:p w14:paraId="6955964F" w14:textId="77777777" w:rsidR="001B326E" w:rsidRDefault="008C488B">
            <w:r>
              <w:rPr>
                <w:sz w:val="19"/>
              </w:rPr>
              <w:t>☐  Practice &amp; Clinical Perspectives</w:t>
            </w:r>
          </w:p>
        </w:tc>
        <w:tc>
          <w:tcPr>
            <w:tcW w:w="4968" w:type="dxa"/>
          </w:tcPr>
          <w:p w14:paraId="13743BCE" w14:textId="77777777" w:rsidR="001B326E" w:rsidRDefault="008C488B">
            <w:r>
              <w:rPr>
                <w:sz w:val="19"/>
              </w:rPr>
              <w:t>☐  Arts-Based &amp; Creative Contribution</w:t>
            </w:r>
          </w:p>
        </w:tc>
      </w:tr>
      <w:tr w:rsidR="001B326E" w14:paraId="5C627B6A" w14:textId="77777777">
        <w:trPr>
          <w:cantSplit/>
          <w:jc w:val="center"/>
        </w:trPr>
        <w:tc>
          <w:tcPr>
            <w:tcW w:w="4968" w:type="dxa"/>
          </w:tcPr>
          <w:p w14:paraId="0C0E2FE0" w14:textId="77777777" w:rsidR="001B326E" w:rsidRDefault="008C488B">
            <w:r>
              <w:rPr>
                <w:sz w:val="19"/>
              </w:rPr>
              <w:t>☐  Book / Media Review - by invitation only</w:t>
            </w:r>
          </w:p>
        </w:tc>
        <w:tc>
          <w:tcPr>
            <w:tcW w:w="4968" w:type="dxa"/>
          </w:tcPr>
          <w:p w14:paraId="174F6856" w14:textId="77777777" w:rsidR="001B326E" w:rsidRDefault="008C488B">
            <w:r>
              <w:rPr>
                <w:sz w:val="19"/>
              </w:rPr>
              <w:t>☐  Editorial / Invited Contribution</w:t>
            </w:r>
          </w:p>
        </w:tc>
      </w:tr>
    </w:tbl>
    <w:p w14:paraId="492578FC" w14:textId="77777777" w:rsidR="001B326E" w:rsidRDefault="008C488B">
      <w:pPr>
        <w:pStyle w:val="Heading2"/>
      </w:pPr>
      <w:r>
        <w:t>Article Title</w:t>
      </w:r>
    </w:p>
    <w:p w14:paraId="3D9F2F78" w14:textId="77777777" w:rsidR="001B326E" w:rsidRDefault="008C488B">
      <w:pPr>
        <w:spacing w:after="160"/>
      </w:pPr>
      <w:r>
        <w:rPr>
          <w:i/>
          <w:color w:val="8A8A8A"/>
        </w:rPr>
        <w:t>[Full manuscript title]</w:t>
      </w:r>
    </w:p>
    <w:p w14:paraId="1EECD2DB" w14:textId="77777777" w:rsidR="001B326E" w:rsidRDefault="008C488B">
      <w:pPr>
        <w:pStyle w:val="Heading2"/>
      </w:pPr>
      <w:r>
        <w:t>Author(s)</w:t>
      </w:r>
    </w:p>
    <w:p w14:paraId="7E61E13D" w14:textId="77777777" w:rsidR="001B326E" w:rsidRDefault="008C488B">
      <w:pPr>
        <w:spacing w:after="160"/>
      </w:pPr>
      <w:r>
        <w:rPr>
          <w:i/>
          <w:color w:val="8A8A8A"/>
        </w:rPr>
        <w:t>[Full name(s)]</w:t>
      </w:r>
    </w:p>
    <w:p w14:paraId="0C0ADE85" w14:textId="77777777" w:rsidR="001B326E" w:rsidRDefault="008C488B">
      <w:pPr>
        <w:pStyle w:val="Heading2"/>
      </w:pPr>
      <w:r>
        <w:t>Affiliation(s)</w:t>
      </w:r>
    </w:p>
    <w:p w14:paraId="18074373" w14:textId="77777777" w:rsidR="001B326E" w:rsidRDefault="008C488B">
      <w:pPr>
        <w:spacing w:after="160"/>
      </w:pPr>
      <w:r>
        <w:rPr>
          <w:i/>
          <w:color w:val="8A8A8A"/>
        </w:rPr>
        <w:t>[Department / institution / city / country]</w:t>
      </w:r>
    </w:p>
    <w:p w14:paraId="69B34FEB" w14:textId="77777777" w:rsidR="001B326E" w:rsidRDefault="008C488B">
      <w:pPr>
        <w:pStyle w:val="Heading2"/>
      </w:pPr>
      <w:r>
        <w:t>ORCID iD(s)</w:t>
      </w:r>
    </w:p>
    <w:p w14:paraId="1F0DCC9B" w14:textId="77777777" w:rsidR="001B326E" w:rsidRDefault="008C488B">
      <w:pPr>
        <w:spacing w:after="160"/>
      </w:pPr>
      <w:r>
        <w:rPr>
          <w:i/>
          <w:color w:val="8A8A8A"/>
        </w:rPr>
        <w:t>[Recommended]</w:t>
      </w:r>
    </w:p>
    <w:p w14:paraId="6F6F0ECD" w14:textId="77777777" w:rsidR="001B326E" w:rsidRDefault="008C488B">
      <w:pPr>
        <w:pStyle w:val="Heading2"/>
      </w:pPr>
      <w:r>
        <w:t>Corresponding Author</w:t>
      </w:r>
    </w:p>
    <w:p w14:paraId="1297CD08" w14:textId="77777777" w:rsidR="001B326E" w:rsidRDefault="008C488B">
      <w:pPr>
        <w:spacing w:after="160"/>
      </w:pPr>
      <w:r>
        <w:rPr>
          <w:i/>
          <w:color w:val="8A8A8A"/>
        </w:rPr>
        <w:t>[Name, affiliation, email]</w:t>
      </w:r>
    </w:p>
    <w:p w14:paraId="64A15770" w14:textId="77777777" w:rsidR="001B326E" w:rsidRDefault="008C488B">
      <w:pPr>
        <w:pStyle w:val="Heading2"/>
      </w:pPr>
      <w:r>
        <w:t>Total Word Count</w:t>
      </w:r>
    </w:p>
    <w:p w14:paraId="1CA451FC" w14:textId="77777777" w:rsidR="001B326E" w:rsidRDefault="008C488B">
      <w:pPr>
        <w:spacing w:after="160"/>
      </w:pPr>
      <w:r>
        <w:rPr>
          <w:i/>
          <w:color w:val="8A8A8A"/>
        </w:rPr>
        <w:t>[Include author biographies, references, appendices, and supplementary materials]</w:t>
      </w:r>
    </w:p>
    <w:p w14:paraId="66E9F268" w14:textId="77777777" w:rsidR="001B326E" w:rsidRDefault="008C488B">
      <w:pPr>
        <w:pStyle w:val="Heading2"/>
      </w:pPr>
      <w:r>
        <w:t>Author Biography/Biographies</w:t>
      </w:r>
    </w:p>
    <w:p w14:paraId="38057306" w14:textId="77777777" w:rsidR="001B326E" w:rsidRDefault="008C488B">
      <w:pPr>
        <w:ind w:left="173"/>
      </w:pPr>
      <w:r>
        <w:rPr>
          <w:i/>
          <w:color w:val="6B6B6B"/>
          <w:sz w:val="19"/>
        </w:rPr>
        <w:t>Provide a short biography of 50-100 words for each author.</w:t>
      </w:r>
    </w:p>
    <w:p w14:paraId="441A6E98" w14:textId="77777777" w:rsidR="001B326E" w:rsidRDefault="008C488B">
      <w:pPr>
        <w:spacing w:after="160"/>
      </w:pPr>
      <w:r>
        <w:rPr>
          <w:i/>
          <w:color w:val="8A8A8A"/>
        </w:rPr>
        <w:t>[Author biography/biographies]</w:t>
      </w:r>
    </w:p>
    <w:p w14:paraId="451186A6" w14:textId="77777777" w:rsidR="001B326E" w:rsidRDefault="008C488B">
      <w:r>
        <w:br w:type="page"/>
      </w:r>
    </w:p>
    <w:p w14:paraId="4C676871" w14:textId="77777777" w:rsidR="001B326E" w:rsidRDefault="008C488B">
      <w:pPr>
        <w:pStyle w:val="Heading1"/>
      </w:pPr>
      <w:r>
        <w:lastRenderedPageBreak/>
        <w:t>PART II  |  ANONYMOUS MAIN MANUSCRIPT</w:t>
      </w:r>
    </w:p>
    <w:p w14:paraId="361EA499" w14:textId="77777777" w:rsidR="001B326E" w:rsidRDefault="008C488B">
      <w:pPr>
        <w:ind w:left="173"/>
      </w:pPr>
      <w:r>
        <w:rPr>
          <w:i/>
          <w:color w:val="6B6B6B"/>
          <w:sz w:val="19"/>
        </w:rPr>
        <w:t>Do not include author names, affiliations, acknowledgements that identify the authors, or other identifying information in the manuscript submitted for double-blind peer review.</w:t>
      </w:r>
    </w:p>
    <w:p w14:paraId="509D4A7D" w14:textId="77777777" w:rsidR="001B326E" w:rsidRDefault="008C488B">
      <w:pPr>
        <w:pStyle w:val="Title"/>
      </w:pPr>
      <w:r>
        <w:t>[ARTICLE TITLE]</w:t>
      </w:r>
    </w:p>
    <w:p w14:paraId="3D3F6D22" w14:textId="77777777" w:rsidR="001B326E" w:rsidRDefault="008C488B">
      <w:pPr>
        <w:pStyle w:val="Heading1"/>
      </w:pPr>
      <w:r>
        <w:t>Abstract</w:t>
      </w:r>
    </w:p>
    <w:p w14:paraId="454A9561" w14:textId="77777777" w:rsidR="001B326E" w:rsidRDefault="008C488B">
      <w:pPr>
        <w:ind w:left="173"/>
      </w:pPr>
      <w:r>
        <w:rPr>
          <w:i/>
          <w:color w:val="6B6B6B"/>
          <w:sz w:val="19"/>
        </w:rPr>
        <w:t>150-250 words. Summarize the purpose, method or approach where applicable, and key findings, insights, argument, or contribution.</w:t>
      </w:r>
    </w:p>
    <w:p w14:paraId="595196E2" w14:textId="77777777" w:rsidR="001B326E" w:rsidRDefault="008C488B">
      <w:pPr>
        <w:spacing w:after="160"/>
      </w:pPr>
      <w:r>
        <w:rPr>
          <w:i/>
          <w:color w:val="8A8A8A"/>
        </w:rPr>
        <w:t>[Abstract]</w:t>
      </w:r>
    </w:p>
    <w:p w14:paraId="2A16447A" w14:textId="77777777" w:rsidR="001B326E" w:rsidRDefault="008C488B">
      <w:pPr>
        <w:pStyle w:val="Heading1"/>
      </w:pPr>
      <w:r>
        <w:t>Keywords</w:t>
      </w:r>
    </w:p>
    <w:p w14:paraId="334DD722" w14:textId="77777777" w:rsidR="001B326E" w:rsidRDefault="008C488B">
      <w:pPr>
        <w:ind w:left="173"/>
      </w:pPr>
      <w:r>
        <w:rPr>
          <w:i/>
          <w:color w:val="6B6B6B"/>
          <w:sz w:val="19"/>
        </w:rPr>
        <w:t>Provide 4-6 keywords.</w:t>
      </w:r>
    </w:p>
    <w:p w14:paraId="4C4312E2" w14:textId="77777777" w:rsidR="001B326E" w:rsidRDefault="008C488B">
      <w:pPr>
        <w:spacing w:after="160"/>
      </w:pPr>
      <w:r>
        <w:rPr>
          <w:i/>
          <w:color w:val="8A8A8A"/>
        </w:rPr>
        <w:t>[Keyword 1; Keyword 2; Keyword 3; Keyword 4]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95"/>
      </w:tblGrid>
      <w:tr w:rsidR="001B326E" w14:paraId="40AD850A" w14:textId="77777777">
        <w:trPr>
          <w:cantSplit/>
          <w:jc w:val="center"/>
        </w:trPr>
        <w:tc>
          <w:tcPr>
            <w:tcW w:w="9936" w:type="dxa"/>
            <w:tcBorders>
              <w:top w:val="single" w:sz="4" w:space="0" w:color="B8D7D5"/>
              <w:left w:val="single" w:sz="4" w:space="0" w:color="B8D7D5"/>
              <w:bottom w:val="single" w:sz="4" w:space="0" w:color="B8D7D5"/>
              <w:right w:val="single" w:sz="4" w:space="0" w:color="B8D7D5"/>
            </w:tcBorders>
            <w:shd w:val="clear" w:color="auto" w:fill="EAF5F4"/>
          </w:tcPr>
          <w:p w14:paraId="443858A5" w14:textId="77777777" w:rsidR="001B326E" w:rsidRDefault="008C488B">
            <w:pPr>
              <w:spacing w:after="0"/>
            </w:pPr>
            <w:r>
              <w:rPr>
                <w:b/>
                <w:color w:val="155F63"/>
                <w:sz w:val="19"/>
              </w:rPr>
              <w:t xml:space="preserve">Choose your structure. </w:t>
            </w:r>
            <w:r>
              <w:rPr>
                <w:color w:val="222222"/>
                <w:sz w:val="19"/>
              </w:rPr>
              <w:t>Use the guide in Part III for the selected article type. Headings marked Required should normally be present; recommended headings may be adapted. Arts-based and invited contributions may use alternative structures appropriate to their form.</w:t>
            </w:r>
          </w:p>
        </w:tc>
      </w:tr>
    </w:tbl>
    <w:p w14:paraId="5BD594F7" w14:textId="77777777" w:rsidR="001B326E" w:rsidRDefault="001B326E">
      <w:pPr>
        <w:spacing w:after="0"/>
      </w:pPr>
    </w:p>
    <w:p w14:paraId="2BC0BABF" w14:textId="77777777" w:rsidR="001B326E" w:rsidRDefault="008C488B">
      <w:pPr>
        <w:pStyle w:val="Heading1"/>
      </w:pPr>
      <w:r>
        <w:t>MAIN TEXT</w:t>
      </w:r>
    </w:p>
    <w:p w14:paraId="1BC90443" w14:textId="77777777" w:rsidR="001B326E" w:rsidRDefault="008C488B">
      <w:pPr>
        <w:spacing w:after="160"/>
      </w:pPr>
      <w:r>
        <w:rPr>
          <w:i/>
          <w:color w:val="8A8A8A"/>
        </w:rPr>
        <w:t>[Begin the main manuscript here, using the structure appropriate to your article type.]</w:t>
      </w:r>
    </w:p>
    <w:p w14:paraId="09B52DC6" w14:textId="77777777" w:rsidR="001B326E" w:rsidRDefault="008C488B">
      <w:r>
        <w:br w:type="page"/>
      </w:r>
    </w:p>
    <w:p w14:paraId="06A9B796" w14:textId="77777777" w:rsidR="001B326E" w:rsidRDefault="008C488B">
      <w:pPr>
        <w:pStyle w:val="Heading1"/>
      </w:pPr>
      <w:r>
        <w:lastRenderedPageBreak/>
        <w:t>PART III  |  RECOMMENDED STRUCTURE BY ARTICLE TYPE</w:t>
      </w:r>
    </w:p>
    <w:p w14:paraId="37F4A0E0" w14:textId="77777777" w:rsidR="001B326E" w:rsidRDefault="008C488B">
      <w:pPr>
        <w:ind w:left="173"/>
      </w:pPr>
      <w:r>
        <w:rPr>
          <w:i/>
          <w:color w:val="6B6B6B"/>
          <w:sz w:val="19"/>
        </w:rPr>
        <w:t>The structures below guide authors toward the scholarly expectations of each category without imposing unnecessary uniformity.</w:t>
      </w:r>
    </w:p>
    <w:p w14:paraId="3ECC91BC" w14:textId="77777777" w:rsidR="001B326E" w:rsidRDefault="008C488B">
      <w:pPr>
        <w:pStyle w:val="Heading2"/>
      </w:pPr>
      <w:r>
        <w:t>1. Original Research Article</w:t>
      </w:r>
    </w:p>
    <w:p w14:paraId="48FFA367" w14:textId="77777777" w:rsidR="001B326E" w:rsidRDefault="008C488B">
      <w:r>
        <w:rPr>
          <w:b/>
          <w:color w:val="167F83"/>
          <w:sz w:val="19"/>
        </w:rPr>
        <w:t>Suggested length: 5,000-7,000 words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67"/>
        <w:gridCol w:w="3171"/>
        <w:gridCol w:w="3257"/>
      </w:tblGrid>
      <w:tr w:rsidR="001B326E" w14:paraId="6817F7C8" w14:textId="77777777">
        <w:trPr>
          <w:cantSplit/>
          <w:jc w:val="center"/>
        </w:trPr>
        <w:tc>
          <w:tcPr>
            <w:tcW w:w="3312" w:type="dxa"/>
            <w:shd w:val="clear" w:color="auto" w:fill="167F83"/>
          </w:tcPr>
          <w:p w14:paraId="122C728C" w14:textId="77777777" w:rsidR="001B326E" w:rsidRDefault="008C488B">
            <w:r>
              <w:rPr>
                <w:b/>
                <w:color w:val="FFFFFF"/>
                <w:sz w:val="17"/>
              </w:rPr>
              <w:t>Section</w:t>
            </w:r>
          </w:p>
        </w:tc>
        <w:tc>
          <w:tcPr>
            <w:tcW w:w="3312" w:type="dxa"/>
            <w:shd w:val="clear" w:color="auto" w:fill="167F83"/>
          </w:tcPr>
          <w:p w14:paraId="4E332D51" w14:textId="77777777" w:rsidR="001B326E" w:rsidRDefault="008C488B">
            <w:r>
              <w:rPr>
                <w:b/>
                <w:color w:val="FFFFFF"/>
                <w:sz w:val="17"/>
              </w:rPr>
              <w:t>Status</w:t>
            </w:r>
          </w:p>
        </w:tc>
        <w:tc>
          <w:tcPr>
            <w:tcW w:w="3312" w:type="dxa"/>
            <w:shd w:val="clear" w:color="auto" w:fill="167F83"/>
          </w:tcPr>
          <w:p w14:paraId="1C5E48B5" w14:textId="77777777" w:rsidR="001B326E" w:rsidRDefault="008C488B">
            <w:r>
              <w:rPr>
                <w:b/>
                <w:color w:val="FFFFFF"/>
                <w:sz w:val="17"/>
              </w:rPr>
              <w:t>Purpose</w:t>
            </w:r>
          </w:p>
        </w:tc>
      </w:tr>
      <w:tr w:rsidR="001B326E" w14:paraId="1DF953C4" w14:textId="77777777">
        <w:trPr>
          <w:cantSplit/>
          <w:jc w:val="center"/>
        </w:trPr>
        <w:tc>
          <w:tcPr>
            <w:tcW w:w="3312" w:type="dxa"/>
          </w:tcPr>
          <w:p w14:paraId="7A899E0D" w14:textId="77777777" w:rsidR="001B326E" w:rsidRDefault="008C488B">
            <w:r>
              <w:rPr>
                <w:b/>
                <w:color w:val="155F63"/>
                <w:sz w:val="17"/>
              </w:rPr>
              <w:t>Introduction</w:t>
            </w:r>
          </w:p>
        </w:tc>
        <w:tc>
          <w:tcPr>
            <w:tcW w:w="3312" w:type="dxa"/>
          </w:tcPr>
          <w:p w14:paraId="0C81563B" w14:textId="77777777" w:rsidR="001B326E" w:rsidRDefault="008C488B">
            <w:r>
              <w:rPr>
                <w:color w:val="222222"/>
                <w:sz w:val="17"/>
              </w:rPr>
              <w:t>Required</w:t>
            </w:r>
          </w:p>
        </w:tc>
        <w:tc>
          <w:tcPr>
            <w:tcW w:w="3312" w:type="dxa"/>
          </w:tcPr>
          <w:p w14:paraId="58D5D280" w14:textId="77777777" w:rsidR="001B326E" w:rsidRDefault="008C488B">
            <w:r>
              <w:rPr>
                <w:color w:val="222222"/>
                <w:sz w:val="17"/>
              </w:rPr>
              <w:t>Research problem/context, rationale, aims and/or research questions.</w:t>
            </w:r>
          </w:p>
        </w:tc>
      </w:tr>
      <w:tr w:rsidR="001B326E" w14:paraId="05519034" w14:textId="77777777">
        <w:trPr>
          <w:cantSplit/>
          <w:jc w:val="center"/>
        </w:trPr>
        <w:tc>
          <w:tcPr>
            <w:tcW w:w="3312" w:type="dxa"/>
          </w:tcPr>
          <w:p w14:paraId="010F42D3" w14:textId="77777777" w:rsidR="001B326E" w:rsidRDefault="008C488B">
            <w:r>
              <w:rPr>
                <w:b/>
                <w:color w:val="155F63"/>
                <w:sz w:val="17"/>
              </w:rPr>
              <w:t>Background / Literature / Theoretical Framework</w:t>
            </w:r>
          </w:p>
        </w:tc>
        <w:tc>
          <w:tcPr>
            <w:tcW w:w="3312" w:type="dxa"/>
          </w:tcPr>
          <w:p w14:paraId="41834A1B" w14:textId="77777777" w:rsidR="001B326E" w:rsidRDefault="008C488B">
            <w:r>
              <w:rPr>
                <w:color w:val="222222"/>
                <w:sz w:val="17"/>
              </w:rPr>
              <w:t>Recommended</w:t>
            </w:r>
          </w:p>
        </w:tc>
        <w:tc>
          <w:tcPr>
            <w:tcW w:w="3312" w:type="dxa"/>
          </w:tcPr>
          <w:p w14:paraId="64BEC327" w14:textId="77777777" w:rsidR="001B326E" w:rsidRDefault="008C488B">
            <w:r>
              <w:rPr>
                <w:color w:val="222222"/>
                <w:sz w:val="17"/>
              </w:rPr>
              <w:t>Situate the study in relevant scholarship and identify its contribution.</w:t>
            </w:r>
          </w:p>
        </w:tc>
      </w:tr>
      <w:tr w:rsidR="001B326E" w14:paraId="1395BAC2" w14:textId="77777777">
        <w:trPr>
          <w:cantSplit/>
          <w:jc w:val="center"/>
        </w:trPr>
        <w:tc>
          <w:tcPr>
            <w:tcW w:w="3312" w:type="dxa"/>
          </w:tcPr>
          <w:p w14:paraId="2515D6FC" w14:textId="77777777" w:rsidR="001B326E" w:rsidRDefault="008C488B">
            <w:r>
              <w:rPr>
                <w:b/>
                <w:color w:val="155F63"/>
                <w:sz w:val="17"/>
              </w:rPr>
              <w:t>Methodology / Research Approach</w:t>
            </w:r>
          </w:p>
        </w:tc>
        <w:tc>
          <w:tcPr>
            <w:tcW w:w="3312" w:type="dxa"/>
          </w:tcPr>
          <w:p w14:paraId="51E54EF2" w14:textId="77777777" w:rsidR="001B326E" w:rsidRDefault="008C488B">
            <w:r>
              <w:rPr>
                <w:color w:val="222222"/>
                <w:sz w:val="17"/>
              </w:rPr>
              <w:t>Required</w:t>
            </w:r>
          </w:p>
        </w:tc>
        <w:tc>
          <w:tcPr>
            <w:tcW w:w="3312" w:type="dxa"/>
          </w:tcPr>
          <w:p w14:paraId="65128C1A" w14:textId="77777777" w:rsidR="001B326E" w:rsidRDefault="008C488B">
            <w:r>
              <w:rPr>
                <w:color w:val="222222"/>
                <w:sz w:val="17"/>
              </w:rPr>
              <w:t>Research design; participants/materials/context; procedures or creative processes; inquiry/analysis; ethical considerations.</w:t>
            </w:r>
          </w:p>
        </w:tc>
      </w:tr>
      <w:tr w:rsidR="001B326E" w14:paraId="1476AB26" w14:textId="77777777">
        <w:trPr>
          <w:cantSplit/>
          <w:jc w:val="center"/>
        </w:trPr>
        <w:tc>
          <w:tcPr>
            <w:tcW w:w="3312" w:type="dxa"/>
          </w:tcPr>
          <w:p w14:paraId="722A5ADF" w14:textId="77777777" w:rsidR="001B326E" w:rsidRDefault="008C488B">
            <w:r>
              <w:rPr>
                <w:b/>
                <w:color w:val="155F63"/>
                <w:sz w:val="17"/>
              </w:rPr>
              <w:t>Findings / Results / Artistic or Emergent Outcomes</w:t>
            </w:r>
          </w:p>
        </w:tc>
        <w:tc>
          <w:tcPr>
            <w:tcW w:w="3312" w:type="dxa"/>
          </w:tcPr>
          <w:p w14:paraId="5DED1844" w14:textId="77777777" w:rsidR="001B326E" w:rsidRDefault="008C488B">
            <w:r>
              <w:rPr>
                <w:color w:val="222222"/>
                <w:sz w:val="17"/>
              </w:rPr>
              <w:t>Required - heading adaptable</w:t>
            </w:r>
          </w:p>
        </w:tc>
        <w:tc>
          <w:tcPr>
            <w:tcW w:w="3312" w:type="dxa"/>
          </w:tcPr>
          <w:p w14:paraId="6BC8E143" w14:textId="77777777" w:rsidR="001B326E" w:rsidRDefault="008C488B">
            <w:r>
              <w:rPr>
                <w:color w:val="222222"/>
                <w:sz w:val="17"/>
              </w:rPr>
              <w:t>Present the outcomes in a form appropriate to the methodology.</w:t>
            </w:r>
          </w:p>
        </w:tc>
      </w:tr>
      <w:tr w:rsidR="001B326E" w14:paraId="0E574B68" w14:textId="77777777">
        <w:trPr>
          <w:cantSplit/>
          <w:jc w:val="center"/>
        </w:trPr>
        <w:tc>
          <w:tcPr>
            <w:tcW w:w="3312" w:type="dxa"/>
          </w:tcPr>
          <w:p w14:paraId="2790822F" w14:textId="77777777" w:rsidR="001B326E" w:rsidRDefault="008C488B">
            <w:r>
              <w:rPr>
                <w:b/>
                <w:color w:val="155F63"/>
                <w:sz w:val="17"/>
              </w:rPr>
              <w:t>Discussion / Interpretation</w:t>
            </w:r>
          </w:p>
        </w:tc>
        <w:tc>
          <w:tcPr>
            <w:tcW w:w="3312" w:type="dxa"/>
          </w:tcPr>
          <w:p w14:paraId="6DDF1372" w14:textId="77777777" w:rsidR="001B326E" w:rsidRDefault="008C488B">
            <w:r>
              <w:rPr>
                <w:color w:val="222222"/>
                <w:sz w:val="17"/>
              </w:rPr>
              <w:t>Required</w:t>
            </w:r>
          </w:p>
        </w:tc>
        <w:tc>
          <w:tcPr>
            <w:tcW w:w="3312" w:type="dxa"/>
          </w:tcPr>
          <w:p w14:paraId="21F9FC78" w14:textId="77777777" w:rsidR="001B326E" w:rsidRDefault="008C488B">
            <w:r>
              <w:rPr>
                <w:color w:val="222222"/>
                <w:sz w:val="17"/>
              </w:rPr>
              <w:t>Interpret findings in relation to the research questions, context and scholarship.</w:t>
            </w:r>
          </w:p>
        </w:tc>
      </w:tr>
      <w:tr w:rsidR="001B326E" w14:paraId="2E872CD6" w14:textId="77777777">
        <w:trPr>
          <w:cantSplit/>
          <w:jc w:val="center"/>
        </w:trPr>
        <w:tc>
          <w:tcPr>
            <w:tcW w:w="3312" w:type="dxa"/>
          </w:tcPr>
          <w:p w14:paraId="45F49705" w14:textId="77777777" w:rsidR="001B326E" w:rsidRDefault="008C488B">
            <w:r>
              <w:rPr>
                <w:b/>
                <w:color w:val="155F63"/>
                <w:sz w:val="17"/>
              </w:rPr>
              <w:t>Conclusion and Implications</w:t>
            </w:r>
          </w:p>
        </w:tc>
        <w:tc>
          <w:tcPr>
            <w:tcW w:w="3312" w:type="dxa"/>
          </w:tcPr>
          <w:p w14:paraId="5352642C" w14:textId="77777777" w:rsidR="001B326E" w:rsidRDefault="008C488B">
            <w:r>
              <w:rPr>
                <w:color w:val="222222"/>
                <w:sz w:val="17"/>
              </w:rPr>
              <w:t>Recommended</w:t>
            </w:r>
          </w:p>
        </w:tc>
        <w:tc>
          <w:tcPr>
            <w:tcW w:w="3312" w:type="dxa"/>
          </w:tcPr>
          <w:p w14:paraId="1AD9BF28" w14:textId="77777777" w:rsidR="001B326E" w:rsidRDefault="008C488B">
            <w:r>
              <w:rPr>
                <w:color w:val="222222"/>
                <w:sz w:val="17"/>
              </w:rPr>
              <w:t>State contribution, limitations where relevant, and implications for research, practice, education or policy.</w:t>
            </w:r>
          </w:p>
        </w:tc>
      </w:tr>
    </w:tbl>
    <w:p w14:paraId="12CFD647" w14:textId="77777777" w:rsidR="001B326E" w:rsidRDefault="001B326E"/>
    <w:p w14:paraId="4A5C0EAD" w14:textId="77777777" w:rsidR="001B326E" w:rsidRDefault="008C488B">
      <w:pPr>
        <w:pStyle w:val="Heading2"/>
      </w:pPr>
      <w:r>
        <w:t>2. Review Article</w:t>
      </w:r>
    </w:p>
    <w:p w14:paraId="48ABD51E" w14:textId="77777777" w:rsidR="001B326E" w:rsidRDefault="008C488B">
      <w:r>
        <w:rPr>
          <w:b/>
          <w:color w:val="167F83"/>
          <w:sz w:val="19"/>
        </w:rPr>
        <w:t>Suggested length: 5,000-7,000 words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87"/>
        <w:gridCol w:w="3197"/>
        <w:gridCol w:w="3211"/>
      </w:tblGrid>
      <w:tr w:rsidR="001B326E" w14:paraId="6AF9691E" w14:textId="77777777">
        <w:trPr>
          <w:cantSplit/>
          <w:jc w:val="center"/>
        </w:trPr>
        <w:tc>
          <w:tcPr>
            <w:tcW w:w="3312" w:type="dxa"/>
            <w:shd w:val="clear" w:color="auto" w:fill="167F83"/>
          </w:tcPr>
          <w:p w14:paraId="031BCAAD" w14:textId="77777777" w:rsidR="001B326E" w:rsidRDefault="008C488B">
            <w:r>
              <w:rPr>
                <w:b/>
                <w:color w:val="FFFFFF"/>
                <w:sz w:val="17"/>
              </w:rPr>
              <w:t>Section</w:t>
            </w:r>
          </w:p>
        </w:tc>
        <w:tc>
          <w:tcPr>
            <w:tcW w:w="3312" w:type="dxa"/>
            <w:shd w:val="clear" w:color="auto" w:fill="167F83"/>
          </w:tcPr>
          <w:p w14:paraId="5C3AFC1A" w14:textId="77777777" w:rsidR="001B326E" w:rsidRDefault="008C488B">
            <w:r>
              <w:rPr>
                <w:b/>
                <w:color w:val="FFFFFF"/>
                <w:sz w:val="17"/>
              </w:rPr>
              <w:t>Status</w:t>
            </w:r>
          </w:p>
        </w:tc>
        <w:tc>
          <w:tcPr>
            <w:tcW w:w="3312" w:type="dxa"/>
            <w:shd w:val="clear" w:color="auto" w:fill="167F83"/>
          </w:tcPr>
          <w:p w14:paraId="5DE6668F" w14:textId="77777777" w:rsidR="001B326E" w:rsidRDefault="008C488B">
            <w:r>
              <w:rPr>
                <w:b/>
                <w:color w:val="FFFFFF"/>
                <w:sz w:val="17"/>
              </w:rPr>
              <w:t>Purpose</w:t>
            </w:r>
          </w:p>
        </w:tc>
      </w:tr>
      <w:tr w:rsidR="001B326E" w14:paraId="03C38BC3" w14:textId="77777777">
        <w:trPr>
          <w:cantSplit/>
          <w:jc w:val="center"/>
        </w:trPr>
        <w:tc>
          <w:tcPr>
            <w:tcW w:w="3312" w:type="dxa"/>
          </w:tcPr>
          <w:p w14:paraId="7D4296AF" w14:textId="77777777" w:rsidR="001B326E" w:rsidRDefault="008C488B">
            <w:r>
              <w:rPr>
                <w:b/>
                <w:color w:val="155F63"/>
                <w:sz w:val="17"/>
              </w:rPr>
              <w:t>Introduction</w:t>
            </w:r>
          </w:p>
        </w:tc>
        <w:tc>
          <w:tcPr>
            <w:tcW w:w="3312" w:type="dxa"/>
          </w:tcPr>
          <w:p w14:paraId="7E9BC243" w14:textId="77777777" w:rsidR="001B326E" w:rsidRDefault="008C488B">
            <w:r>
              <w:rPr>
                <w:color w:val="222222"/>
                <w:sz w:val="17"/>
              </w:rPr>
              <w:t>Required</w:t>
            </w:r>
          </w:p>
        </w:tc>
        <w:tc>
          <w:tcPr>
            <w:tcW w:w="3312" w:type="dxa"/>
          </w:tcPr>
          <w:p w14:paraId="38788CEF" w14:textId="77777777" w:rsidR="001B326E" w:rsidRDefault="008C488B">
            <w:r>
              <w:rPr>
                <w:color w:val="222222"/>
                <w:sz w:val="17"/>
              </w:rPr>
              <w:t>Define the topic and rationale.</w:t>
            </w:r>
          </w:p>
        </w:tc>
      </w:tr>
      <w:tr w:rsidR="001B326E" w14:paraId="3B1FBA73" w14:textId="77777777">
        <w:trPr>
          <w:cantSplit/>
          <w:jc w:val="center"/>
        </w:trPr>
        <w:tc>
          <w:tcPr>
            <w:tcW w:w="3312" w:type="dxa"/>
          </w:tcPr>
          <w:p w14:paraId="7FD570A2" w14:textId="77777777" w:rsidR="001B326E" w:rsidRDefault="008C488B">
            <w:r>
              <w:rPr>
                <w:b/>
                <w:color w:val="155F63"/>
                <w:sz w:val="17"/>
              </w:rPr>
              <w:t>Purpose / Scope of the Review</w:t>
            </w:r>
          </w:p>
        </w:tc>
        <w:tc>
          <w:tcPr>
            <w:tcW w:w="3312" w:type="dxa"/>
          </w:tcPr>
          <w:p w14:paraId="3A4EEAEB" w14:textId="77777777" w:rsidR="001B326E" w:rsidRDefault="008C488B">
            <w:r>
              <w:rPr>
                <w:color w:val="222222"/>
                <w:sz w:val="17"/>
              </w:rPr>
              <w:t>Required</w:t>
            </w:r>
          </w:p>
        </w:tc>
        <w:tc>
          <w:tcPr>
            <w:tcW w:w="3312" w:type="dxa"/>
          </w:tcPr>
          <w:p w14:paraId="0096FACA" w14:textId="77777777" w:rsidR="001B326E" w:rsidRDefault="008C488B">
            <w:r>
              <w:rPr>
                <w:color w:val="222222"/>
                <w:sz w:val="17"/>
              </w:rPr>
              <w:t>Clarify the review question, boundaries and intended contribution.</w:t>
            </w:r>
          </w:p>
        </w:tc>
      </w:tr>
      <w:tr w:rsidR="001B326E" w14:paraId="55E47BC5" w14:textId="77777777">
        <w:trPr>
          <w:cantSplit/>
          <w:jc w:val="center"/>
        </w:trPr>
        <w:tc>
          <w:tcPr>
            <w:tcW w:w="3312" w:type="dxa"/>
          </w:tcPr>
          <w:p w14:paraId="4B40A7EB" w14:textId="77777777" w:rsidR="001B326E" w:rsidRDefault="008C488B">
            <w:r>
              <w:rPr>
                <w:b/>
                <w:color w:val="155F63"/>
                <w:sz w:val="17"/>
              </w:rPr>
              <w:t>Review Approach / Method</w:t>
            </w:r>
          </w:p>
        </w:tc>
        <w:tc>
          <w:tcPr>
            <w:tcW w:w="3312" w:type="dxa"/>
          </w:tcPr>
          <w:p w14:paraId="0A76B505" w14:textId="77777777" w:rsidR="001B326E" w:rsidRDefault="008C488B">
            <w:r>
              <w:rPr>
                <w:color w:val="222222"/>
                <w:sz w:val="17"/>
              </w:rPr>
              <w:t>Required where applicable</w:t>
            </w:r>
          </w:p>
        </w:tc>
        <w:tc>
          <w:tcPr>
            <w:tcW w:w="3312" w:type="dxa"/>
          </w:tcPr>
          <w:p w14:paraId="070B41B5" w14:textId="77777777" w:rsidR="001B326E" w:rsidRDefault="008C488B">
            <w:r>
              <w:rPr>
                <w:color w:val="222222"/>
                <w:sz w:val="17"/>
              </w:rPr>
              <w:t>Explain how literature/material was identified, selected, organized and analyzed.</w:t>
            </w:r>
          </w:p>
        </w:tc>
      </w:tr>
      <w:tr w:rsidR="001B326E" w14:paraId="529D3AB1" w14:textId="77777777">
        <w:trPr>
          <w:cantSplit/>
          <w:jc w:val="center"/>
        </w:trPr>
        <w:tc>
          <w:tcPr>
            <w:tcW w:w="3312" w:type="dxa"/>
          </w:tcPr>
          <w:p w14:paraId="396D0531" w14:textId="77777777" w:rsidR="001B326E" w:rsidRDefault="008C488B">
            <w:r>
              <w:rPr>
                <w:b/>
                <w:color w:val="155F63"/>
                <w:sz w:val="17"/>
              </w:rPr>
              <w:t>Review Findings / Thematic Synthesis</w:t>
            </w:r>
          </w:p>
        </w:tc>
        <w:tc>
          <w:tcPr>
            <w:tcW w:w="3312" w:type="dxa"/>
          </w:tcPr>
          <w:p w14:paraId="266CED5D" w14:textId="77777777" w:rsidR="001B326E" w:rsidRDefault="008C488B">
            <w:r>
              <w:rPr>
                <w:color w:val="222222"/>
                <w:sz w:val="17"/>
              </w:rPr>
              <w:t>Required</w:t>
            </w:r>
          </w:p>
        </w:tc>
        <w:tc>
          <w:tcPr>
            <w:tcW w:w="3312" w:type="dxa"/>
          </w:tcPr>
          <w:p w14:paraId="3BDAC3FB" w14:textId="77777777" w:rsidR="001B326E" w:rsidRDefault="008C488B">
            <w:r>
              <w:rPr>
                <w:color w:val="222222"/>
                <w:sz w:val="17"/>
              </w:rPr>
              <w:t>Present the synthesis clearly and critically.</w:t>
            </w:r>
          </w:p>
        </w:tc>
      </w:tr>
      <w:tr w:rsidR="001B326E" w14:paraId="02CF3E45" w14:textId="77777777">
        <w:trPr>
          <w:cantSplit/>
          <w:jc w:val="center"/>
        </w:trPr>
        <w:tc>
          <w:tcPr>
            <w:tcW w:w="3312" w:type="dxa"/>
          </w:tcPr>
          <w:p w14:paraId="74E16F37" w14:textId="77777777" w:rsidR="001B326E" w:rsidRDefault="008C488B">
            <w:r>
              <w:rPr>
                <w:b/>
                <w:color w:val="155F63"/>
                <w:sz w:val="17"/>
              </w:rPr>
              <w:t>Critical Discussion</w:t>
            </w:r>
          </w:p>
        </w:tc>
        <w:tc>
          <w:tcPr>
            <w:tcW w:w="3312" w:type="dxa"/>
          </w:tcPr>
          <w:p w14:paraId="077485CC" w14:textId="77777777" w:rsidR="001B326E" w:rsidRDefault="008C488B">
            <w:r>
              <w:rPr>
                <w:color w:val="222222"/>
                <w:sz w:val="17"/>
              </w:rPr>
              <w:t>Required</w:t>
            </w:r>
          </w:p>
        </w:tc>
        <w:tc>
          <w:tcPr>
            <w:tcW w:w="3312" w:type="dxa"/>
          </w:tcPr>
          <w:p w14:paraId="1C3D9D7B" w14:textId="77777777" w:rsidR="001B326E" w:rsidRDefault="008C488B">
            <w:r>
              <w:rPr>
                <w:color w:val="222222"/>
                <w:sz w:val="17"/>
              </w:rPr>
              <w:t>Interpret the body of knowledge, tensions and implications.</w:t>
            </w:r>
          </w:p>
        </w:tc>
      </w:tr>
      <w:tr w:rsidR="001B326E" w14:paraId="351D0990" w14:textId="77777777">
        <w:trPr>
          <w:cantSplit/>
          <w:jc w:val="center"/>
        </w:trPr>
        <w:tc>
          <w:tcPr>
            <w:tcW w:w="3312" w:type="dxa"/>
          </w:tcPr>
          <w:p w14:paraId="63949496" w14:textId="77777777" w:rsidR="001B326E" w:rsidRDefault="008C488B">
            <w:r>
              <w:rPr>
                <w:b/>
                <w:color w:val="155F63"/>
                <w:sz w:val="17"/>
              </w:rPr>
              <w:t>Gaps, Implications and Future Directions</w:t>
            </w:r>
          </w:p>
        </w:tc>
        <w:tc>
          <w:tcPr>
            <w:tcW w:w="3312" w:type="dxa"/>
          </w:tcPr>
          <w:p w14:paraId="56152F30" w14:textId="77777777" w:rsidR="001B326E" w:rsidRDefault="008C488B">
            <w:r>
              <w:rPr>
                <w:color w:val="222222"/>
                <w:sz w:val="17"/>
              </w:rPr>
              <w:t>Recommended</w:t>
            </w:r>
          </w:p>
        </w:tc>
        <w:tc>
          <w:tcPr>
            <w:tcW w:w="3312" w:type="dxa"/>
          </w:tcPr>
          <w:p w14:paraId="05C0161D" w14:textId="77777777" w:rsidR="001B326E" w:rsidRDefault="008C488B">
            <w:r>
              <w:rPr>
                <w:color w:val="222222"/>
                <w:sz w:val="17"/>
              </w:rPr>
              <w:t>Identify priorities for the field.</w:t>
            </w:r>
          </w:p>
        </w:tc>
      </w:tr>
      <w:tr w:rsidR="001B326E" w14:paraId="0E2BA416" w14:textId="77777777">
        <w:trPr>
          <w:cantSplit/>
          <w:jc w:val="center"/>
        </w:trPr>
        <w:tc>
          <w:tcPr>
            <w:tcW w:w="3312" w:type="dxa"/>
          </w:tcPr>
          <w:p w14:paraId="3604A78A" w14:textId="77777777" w:rsidR="001B326E" w:rsidRDefault="008C488B">
            <w:r>
              <w:rPr>
                <w:b/>
                <w:color w:val="155F63"/>
                <w:sz w:val="17"/>
              </w:rPr>
              <w:t>Conclusion</w:t>
            </w:r>
          </w:p>
        </w:tc>
        <w:tc>
          <w:tcPr>
            <w:tcW w:w="3312" w:type="dxa"/>
          </w:tcPr>
          <w:p w14:paraId="6B9C24E2" w14:textId="77777777" w:rsidR="001B326E" w:rsidRDefault="008C488B">
            <w:r>
              <w:rPr>
                <w:color w:val="222222"/>
                <w:sz w:val="17"/>
              </w:rPr>
              <w:t>Recommended</w:t>
            </w:r>
          </w:p>
        </w:tc>
        <w:tc>
          <w:tcPr>
            <w:tcW w:w="3312" w:type="dxa"/>
          </w:tcPr>
          <w:p w14:paraId="603FE471" w14:textId="77777777" w:rsidR="001B326E" w:rsidRDefault="008C488B">
            <w:r>
              <w:rPr>
                <w:color w:val="222222"/>
                <w:sz w:val="17"/>
              </w:rPr>
              <w:t>Summarize the principal contribution.</w:t>
            </w:r>
          </w:p>
        </w:tc>
      </w:tr>
    </w:tbl>
    <w:p w14:paraId="3B429C16" w14:textId="77777777" w:rsidR="001B326E" w:rsidRDefault="001B326E"/>
    <w:p w14:paraId="056AC566" w14:textId="77777777" w:rsidR="001B326E" w:rsidRDefault="008C488B">
      <w:pPr>
        <w:pStyle w:val="Heading2"/>
      </w:pPr>
      <w:r>
        <w:t>3. Theoretical / Conceptual Article</w:t>
      </w:r>
    </w:p>
    <w:p w14:paraId="6C237F84" w14:textId="77777777" w:rsidR="001B326E" w:rsidRDefault="008C488B">
      <w:r>
        <w:rPr>
          <w:b/>
          <w:color w:val="167F83"/>
          <w:sz w:val="19"/>
        </w:rPr>
        <w:t>Suggested length: 4,000-7,000 words</w:t>
      </w:r>
    </w:p>
    <w:p w14:paraId="28DFE444" w14:textId="77777777" w:rsidR="001B326E" w:rsidRDefault="008C488B">
      <w:pPr>
        <w:ind w:left="173"/>
      </w:pPr>
      <w:r>
        <w:rPr>
          <w:i/>
          <w:color w:val="6B6B6B"/>
          <w:sz w:val="19"/>
        </w:rPr>
        <w:t>Theoretical and conceptual contributions are not required to follow an empirical research structure. Organize the manuscript in the way that best supports the central ideas and argument.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95"/>
        <w:gridCol w:w="3204"/>
        <w:gridCol w:w="3196"/>
      </w:tblGrid>
      <w:tr w:rsidR="001B326E" w14:paraId="713F4C9B" w14:textId="77777777">
        <w:trPr>
          <w:cantSplit/>
          <w:jc w:val="center"/>
        </w:trPr>
        <w:tc>
          <w:tcPr>
            <w:tcW w:w="3312" w:type="dxa"/>
            <w:shd w:val="clear" w:color="auto" w:fill="167F83"/>
          </w:tcPr>
          <w:p w14:paraId="3044BB2D" w14:textId="77777777" w:rsidR="001B326E" w:rsidRDefault="008C488B">
            <w:r>
              <w:rPr>
                <w:b/>
                <w:color w:val="FFFFFF"/>
                <w:sz w:val="17"/>
              </w:rPr>
              <w:t>Section</w:t>
            </w:r>
          </w:p>
        </w:tc>
        <w:tc>
          <w:tcPr>
            <w:tcW w:w="3312" w:type="dxa"/>
            <w:shd w:val="clear" w:color="auto" w:fill="167F83"/>
          </w:tcPr>
          <w:p w14:paraId="57CD8935" w14:textId="77777777" w:rsidR="001B326E" w:rsidRDefault="008C488B">
            <w:r>
              <w:rPr>
                <w:b/>
                <w:color w:val="FFFFFF"/>
                <w:sz w:val="17"/>
              </w:rPr>
              <w:t>Status</w:t>
            </w:r>
          </w:p>
        </w:tc>
        <w:tc>
          <w:tcPr>
            <w:tcW w:w="3312" w:type="dxa"/>
            <w:shd w:val="clear" w:color="auto" w:fill="167F83"/>
          </w:tcPr>
          <w:p w14:paraId="0315AA9F" w14:textId="77777777" w:rsidR="001B326E" w:rsidRDefault="008C488B">
            <w:r>
              <w:rPr>
                <w:b/>
                <w:color w:val="FFFFFF"/>
                <w:sz w:val="17"/>
              </w:rPr>
              <w:t>Purpose</w:t>
            </w:r>
          </w:p>
        </w:tc>
      </w:tr>
      <w:tr w:rsidR="001B326E" w14:paraId="724D7C89" w14:textId="77777777">
        <w:trPr>
          <w:cantSplit/>
          <w:jc w:val="center"/>
        </w:trPr>
        <w:tc>
          <w:tcPr>
            <w:tcW w:w="3312" w:type="dxa"/>
          </w:tcPr>
          <w:p w14:paraId="246AD504" w14:textId="77777777" w:rsidR="001B326E" w:rsidRDefault="008C488B">
            <w:r>
              <w:rPr>
                <w:b/>
                <w:color w:val="155F63"/>
                <w:sz w:val="17"/>
              </w:rPr>
              <w:lastRenderedPageBreak/>
              <w:t>Introduction / Point of Departure</w:t>
            </w:r>
          </w:p>
        </w:tc>
        <w:tc>
          <w:tcPr>
            <w:tcW w:w="3312" w:type="dxa"/>
          </w:tcPr>
          <w:p w14:paraId="317ACADA" w14:textId="77777777" w:rsidR="001B326E" w:rsidRDefault="008C488B">
            <w:r>
              <w:rPr>
                <w:color w:val="222222"/>
                <w:sz w:val="17"/>
              </w:rPr>
              <w:t>Required</w:t>
            </w:r>
          </w:p>
        </w:tc>
        <w:tc>
          <w:tcPr>
            <w:tcW w:w="3312" w:type="dxa"/>
          </w:tcPr>
          <w:p w14:paraId="4EC4E336" w14:textId="77777777" w:rsidR="001B326E" w:rsidRDefault="008C488B">
            <w:r>
              <w:rPr>
                <w:color w:val="222222"/>
                <w:sz w:val="17"/>
              </w:rPr>
              <w:t>Define the conceptual question, problem or proposition.</w:t>
            </w:r>
          </w:p>
        </w:tc>
      </w:tr>
      <w:tr w:rsidR="001B326E" w14:paraId="249BF3E4" w14:textId="77777777">
        <w:trPr>
          <w:cantSplit/>
          <w:jc w:val="center"/>
        </w:trPr>
        <w:tc>
          <w:tcPr>
            <w:tcW w:w="3312" w:type="dxa"/>
          </w:tcPr>
          <w:p w14:paraId="21AF7F85" w14:textId="77777777" w:rsidR="001B326E" w:rsidRDefault="008C488B">
            <w:r>
              <w:rPr>
                <w:b/>
                <w:color w:val="155F63"/>
                <w:sz w:val="17"/>
              </w:rPr>
              <w:t>Conceptual, Theoretical, Cultural or Historical Context</w:t>
            </w:r>
          </w:p>
        </w:tc>
        <w:tc>
          <w:tcPr>
            <w:tcW w:w="3312" w:type="dxa"/>
          </w:tcPr>
          <w:p w14:paraId="64BBCC95" w14:textId="77777777" w:rsidR="001B326E" w:rsidRDefault="008C488B">
            <w:r>
              <w:rPr>
                <w:color w:val="222222"/>
                <w:sz w:val="17"/>
              </w:rPr>
              <w:t>Recommended</w:t>
            </w:r>
          </w:p>
        </w:tc>
        <w:tc>
          <w:tcPr>
            <w:tcW w:w="3312" w:type="dxa"/>
          </w:tcPr>
          <w:p w14:paraId="13A463F9" w14:textId="77777777" w:rsidR="001B326E" w:rsidRDefault="008C488B">
            <w:r>
              <w:rPr>
                <w:color w:val="222222"/>
                <w:sz w:val="17"/>
              </w:rPr>
              <w:t>Establish the relevant intellectual context.</w:t>
            </w:r>
          </w:p>
        </w:tc>
      </w:tr>
      <w:tr w:rsidR="001B326E" w14:paraId="13F34023" w14:textId="77777777">
        <w:trPr>
          <w:cantSplit/>
          <w:jc w:val="center"/>
        </w:trPr>
        <w:tc>
          <w:tcPr>
            <w:tcW w:w="3312" w:type="dxa"/>
          </w:tcPr>
          <w:p w14:paraId="0DE840A8" w14:textId="77777777" w:rsidR="001B326E" w:rsidRDefault="008C488B">
            <w:r>
              <w:rPr>
                <w:b/>
                <w:color w:val="155F63"/>
                <w:sz w:val="17"/>
              </w:rPr>
              <w:t>Central Argument / Conceptual Exploration</w:t>
            </w:r>
          </w:p>
        </w:tc>
        <w:tc>
          <w:tcPr>
            <w:tcW w:w="3312" w:type="dxa"/>
          </w:tcPr>
          <w:p w14:paraId="220523CE" w14:textId="77777777" w:rsidR="001B326E" w:rsidRDefault="008C488B">
            <w:r>
              <w:rPr>
                <w:color w:val="222222"/>
                <w:sz w:val="17"/>
              </w:rPr>
              <w:t>Required</w:t>
            </w:r>
          </w:p>
        </w:tc>
        <w:tc>
          <w:tcPr>
            <w:tcW w:w="3312" w:type="dxa"/>
          </w:tcPr>
          <w:p w14:paraId="3A3B6735" w14:textId="77777777" w:rsidR="001B326E" w:rsidRDefault="008C488B">
            <w:r>
              <w:rPr>
                <w:color w:val="222222"/>
                <w:sz w:val="17"/>
              </w:rPr>
              <w:t>Develop the central ideas using headings appropriate to the argument.</w:t>
            </w:r>
          </w:p>
        </w:tc>
      </w:tr>
      <w:tr w:rsidR="001B326E" w14:paraId="4BDABB9B" w14:textId="77777777">
        <w:trPr>
          <w:cantSplit/>
          <w:jc w:val="center"/>
        </w:trPr>
        <w:tc>
          <w:tcPr>
            <w:tcW w:w="3312" w:type="dxa"/>
          </w:tcPr>
          <w:p w14:paraId="75F0370F" w14:textId="77777777" w:rsidR="001B326E" w:rsidRDefault="008C488B">
            <w:r>
              <w:rPr>
                <w:b/>
                <w:color w:val="155F63"/>
                <w:sz w:val="17"/>
              </w:rPr>
              <w:t>Critical Dialogue / Alternative Perspectives</w:t>
            </w:r>
          </w:p>
        </w:tc>
        <w:tc>
          <w:tcPr>
            <w:tcW w:w="3312" w:type="dxa"/>
          </w:tcPr>
          <w:p w14:paraId="1B7D2B12" w14:textId="77777777" w:rsidR="001B326E" w:rsidRDefault="008C488B">
            <w:r>
              <w:rPr>
                <w:color w:val="222222"/>
                <w:sz w:val="17"/>
              </w:rPr>
              <w:t>Recommended</w:t>
            </w:r>
          </w:p>
        </w:tc>
        <w:tc>
          <w:tcPr>
            <w:tcW w:w="3312" w:type="dxa"/>
          </w:tcPr>
          <w:p w14:paraId="2BEA0551" w14:textId="77777777" w:rsidR="001B326E" w:rsidRDefault="008C488B">
            <w:r>
              <w:rPr>
                <w:color w:val="222222"/>
                <w:sz w:val="17"/>
              </w:rPr>
              <w:t>Engage tensions, limitations or contrasting perspectives.</w:t>
            </w:r>
          </w:p>
        </w:tc>
      </w:tr>
      <w:tr w:rsidR="001B326E" w14:paraId="6F029555" w14:textId="77777777">
        <w:trPr>
          <w:cantSplit/>
          <w:jc w:val="center"/>
        </w:trPr>
        <w:tc>
          <w:tcPr>
            <w:tcW w:w="3312" w:type="dxa"/>
          </w:tcPr>
          <w:p w14:paraId="215C1894" w14:textId="77777777" w:rsidR="001B326E" w:rsidRDefault="008C488B">
            <w:r>
              <w:rPr>
                <w:b/>
                <w:color w:val="155F63"/>
                <w:sz w:val="17"/>
              </w:rPr>
              <w:t>Implications for the Field</w:t>
            </w:r>
          </w:p>
        </w:tc>
        <w:tc>
          <w:tcPr>
            <w:tcW w:w="3312" w:type="dxa"/>
          </w:tcPr>
          <w:p w14:paraId="6527B57D" w14:textId="77777777" w:rsidR="001B326E" w:rsidRDefault="008C488B">
            <w:r>
              <w:rPr>
                <w:color w:val="222222"/>
                <w:sz w:val="17"/>
              </w:rPr>
              <w:t>Recommended</w:t>
            </w:r>
          </w:p>
        </w:tc>
        <w:tc>
          <w:tcPr>
            <w:tcW w:w="3312" w:type="dxa"/>
          </w:tcPr>
          <w:p w14:paraId="3F6A6071" w14:textId="77777777" w:rsidR="001B326E" w:rsidRDefault="008C488B">
            <w:r>
              <w:rPr>
                <w:color w:val="222222"/>
                <w:sz w:val="17"/>
              </w:rPr>
              <w:t>Explain significance for scholarship, practice, education or policy.</w:t>
            </w:r>
          </w:p>
        </w:tc>
      </w:tr>
      <w:tr w:rsidR="001B326E" w14:paraId="6E3EC36B" w14:textId="77777777">
        <w:trPr>
          <w:cantSplit/>
          <w:jc w:val="center"/>
        </w:trPr>
        <w:tc>
          <w:tcPr>
            <w:tcW w:w="3312" w:type="dxa"/>
          </w:tcPr>
          <w:p w14:paraId="5127C641" w14:textId="77777777" w:rsidR="001B326E" w:rsidRDefault="008C488B">
            <w:r>
              <w:rPr>
                <w:b/>
                <w:color w:val="155F63"/>
                <w:sz w:val="17"/>
              </w:rPr>
              <w:t>Conclusion / Closing Reflections</w:t>
            </w:r>
          </w:p>
        </w:tc>
        <w:tc>
          <w:tcPr>
            <w:tcW w:w="3312" w:type="dxa"/>
          </w:tcPr>
          <w:p w14:paraId="7DED867F" w14:textId="77777777" w:rsidR="001B326E" w:rsidRDefault="008C488B">
            <w:r>
              <w:rPr>
                <w:color w:val="222222"/>
                <w:sz w:val="17"/>
              </w:rPr>
              <w:t>Recommended</w:t>
            </w:r>
          </w:p>
        </w:tc>
        <w:tc>
          <w:tcPr>
            <w:tcW w:w="3312" w:type="dxa"/>
          </w:tcPr>
          <w:p w14:paraId="1C4DC301" w14:textId="77777777" w:rsidR="001B326E" w:rsidRDefault="008C488B">
            <w:r>
              <w:rPr>
                <w:color w:val="222222"/>
                <w:sz w:val="17"/>
              </w:rPr>
              <w:t>Bring the argument to a coherent close.</w:t>
            </w:r>
          </w:p>
        </w:tc>
      </w:tr>
    </w:tbl>
    <w:p w14:paraId="78DBD9B4" w14:textId="77777777" w:rsidR="001B326E" w:rsidRDefault="001B326E"/>
    <w:p w14:paraId="253BB5B8" w14:textId="77777777" w:rsidR="001B326E" w:rsidRDefault="008C488B">
      <w:pPr>
        <w:pStyle w:val="Heading2"/>
      </w:pPr>
      <w:r>
        <w:t>4. Position Article</w:t>
      </w:r>
    </w:p>
    <w:p w14:paraId="7EB719E6" w14:textId="77777777" w:rsidR="001B326E" w:rsidRDefault="008C488B">
      <w:r>
        <w:rPr>
          <w:b/>
          <w:color w:val="167F83"/>
          <w:sz w:val="19"/>
        </w:rPr>
        <w:t>Suggested length: 3,000-6,000 words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08"/>
        <w:gridCol w:w="3189"/>
        <w:gridCol w:w="3198"/>
      </w:tblGrid>
      <w:tr w:rsidR="001B326E" w14:paraId="4350BDEF" w14:textId="77777777">
        <w:trPr>
          <w:cantSplit/>
          <w:jc w:val="center"/>
        </w:trPr>
        <w:tc>
          <w:tcPr>
            <w:tcW w:w="3312" w:type="dxa"/>
            <w:shd w:val="clear" w:color="auto" w:fill="167F83"/>
          </w:tcPr>
          <w:p w14:paraId="51698663" w14:textId="77777777" w:rsidR="001B326E" w:rsidRDefault="008C488B">
            <w:r>
              <w:rPr>
                <w:b/>
                <w:color w:val="FFFFFF"/>
                <w:sz w:val="17"/>
              </w:rPr>
              <w:t>Section</w:t>
            </w:r>
          </w:p>
        </w:tc>
        <w:tc>
          <w:tcPr>
            <w:tcW w:w="3312" w:type="dxa"/>
            <w:shd w:val="clear" w:color="auto" w:fill="167F83"/>
          </w:tcPr>
          <w:p w14:paraId="58556B4A" w14:textId="77777777" w:rsidR="001B326E" w:rsidRDefault="008C488B">
            <w:r>
              <w:rPr>
                <w:b/>
                <w:color w:val="FFFFFF"/>
                <w:sz w:val="17"/>
              </w:rPr>
              <w:t>Status</w:t>
            </w:r>
          </w:p>
        </w:tc>
        <w:tc>
          <w:tcPr>
            <w:tcW w:w="3312" w:type="dxa"/>
            <w:shd w:val="clear" w:color="auto" w:fill="167F83"/>
          </w:tcPr>
          <w:p w14:paraId="6001E23A" w14:textId="77777777" w:rsidR="001B326E" w:rsidRDefault="008C488B">
            <w:r>
              <w:rPr>
                <w:b/>
                <w:color w:val="FFFFFF"/>
                <w:sz w:val="17"/>
              </w:rPr>
              <w:t>Purpose</w:t>
            </w:r>
          </w:p>
        </w:tc>
      </w:tr>
      <w:tr w:rsidR="001B326E" w14:paraId="16FDAD2B" w14:textId="77777777">
        <w:trPr>
          <w:cantSplit/>
          <w:jc w:val="center"/>
        </w:trPr>
        <w:tc>
          <w:tcPr>
            <w:tcW w:w="3312" w:type="dxa"/>
          </w:tcPr>
          <w:p w14:paraId="0B936520" w14:textId="77777777" w:rsidR="001B326E" w:rsidRDefault="008C488B">
            <w:r>
              <w:rPr>
                <w:b/>
                <w:color w:val="155F63"/>
                <w:sz w:val="17"/>
              </w:rPr>
              <w:t>Introduction: Issue or Challenge</w:t>
            </w:r>
          </w:p>
        </w:tc>
        <w:tc>
          <w:tcPr>
            <w:tcW w:w="3312" w:type="dxa"/>
          </w:tcPr>
          <w:p w14:paraId="309B344C" w14:textId="77777777" w:rsidR="001B326E" w:rsidRDefault="008C488B">
            <w:r>
              <w:rPr>
                <w:color w:val="222222"/>
                <w:sz w:val="17"/>
              </w:rPr>
              <w:t>Required</w:t>
            </w:r>
          </w:p>
        </w:tc>
        <w:tc>
          <w:tcPr>
            <w:tcW w:w="3312" w:type="dxa"/>
          </w:tcPr>
          <w:p w14:paraId="4D321FE0" w14:textId="77777777" w:rsidR="001B326E" w:rsidRDefault="008C488B">
            <w:r>
              <w:rPr>
                <w:color w:val="222222"/>
                <w:sz w:val="17"/>
              </w:rPr>
              <w:t>Identify the significant issue and why it matters.</w:t>
            </w:r>
          </w:p>
        </w:tc>
      </w:tr>
      <w:tr w:rsidR="001B326E" w14:paraId="241BE370" w14:textId="77777777">
        <w:trPr>
          <w:cantSplit/>
          <w:jc w:val="center"/>
        </w:trPr>
        <w:tc>
          <w:tcPr>
            <w:tcW w:w="3312" w:type="dxa"/>
          </w:tcPr>
          <w:p w14:paraId="1CE90777" w14:textId="77777777" w:rsidR="001B326E" w:rsidRDefault="008C488B">
            <w:r>
              <w:rPr>
                <w:b/>
                <w:color w:val="155F63"/>
                <w:sz w:val="17"/>
              </w:rPr>
              <w:t>Position / Central Proposition</w:t>
            </w:r>
          </w:p>
        </w:tc>
        <w:tc>
          <w:tcPr>
            <w:tcW w:w="3312" w:type="dxa"/>
          </w:tcPr>
          <w:p w14:paraId="32D02697" w14:textId="77777777" w:rsidR="001B326E" w:rsidRDefault="008C488B">
            <w:r>
              <w:rPr>
                <w:color w:val="222222"/>
                <w:sz w:val="17"/>
              </w:rPr>
              <w:t>Required</w:t>
            </w:r>
          </w:p>
        </w:tc>
        <w:tc>
          <w:tcPr>
            <w:tcW w:w="3312" w:type="dxa"/>
          </w:tcPr>
          <w:p w14:paraId="766537D5" w14:textId="77777777" w:rsidR="001B326E" w:rsidRDefault="008C488B">
            <w:r>
              <w:rPr>
                <w:color w:val="222222"/>
                <w:sz w:val="17"/>
              </w:rPr>
              <w:t>State clearly the standpoint, recommendation or vision.</w:t>
            </w:r>
          </w:p>
        </w:tc>
      </w:tr>
      <w:tr w:rsidR="001B326E" w14:paraId="56EA7C0C" w14:textId="77777777">
        <w:trPr>
          <w:cantSplit/>
          <w:jc w:val="center"/>
        </w:trPr>
        <w:tc>
          <w:tcPr>
            <w:tcW w:w="3312" w:type="dxa"/>
          </w:tcPr>
          <w:p w14:paraId="5CF0F94E" w14:textId="77777777" w:rsidR="001B326E" w:rsidRDefault="008C488B">
            <w:r>
              <w:rPr>
                <w:b/>
                <w:color w:val="155F63"/>
                <w:sz w:val="17"/>
              </w:rPr>
              <w:t>Context and Supporting Evidence</w:t>
            </w:r>
          </w:p>
        </w:tc>
        <w:tc>
          <w:tcPr>
            <w:tcW w:w="3312" w:type="dxa"/>
          </w:tcPr>
          <w:p w14:paraId="23991954" w14:textId="77777777" w:rsidR="001B326E" w:rsidRDefault="008C488B">
            <w:r>
              <w:rPr>
                <w:color w:val="222222"/>
                <w:sz w:val="17"/>
              </w:rPr>
              <w:t>Required</w:t>
            </w:r>
          </w:p>
        </w:tc>
        <w:tc>
          <w:tcPr>
            <w:tcW w:w="3312" w:type="dxa"/>
          </w:tcPr>
          <w:p w14:paraId="436D65E3" w14:textId="77777777" w:rsidR="001B326E" w:rsidRDefault="008C488B">
            <w:r>
              <w:rPr>
                <w:color w:val="222222"/>
                <w:sz w:val="17"/>
              </w:rPr>
              <w:t>Provide evidence and rationale.</w:t>
            </w:r>
          </w:p>
        </w:tc>
      </w:tr>
      <w:tr w:rsidR="001B326E" w14:paraId="2EC3799F" w14:textId="77777777">
        <w:trPr>
          <w:cantSplit/>
          <w:jc w:val="center"/>
        </w:trPr>
        <w:tc>
          <w:tcPr>
            <w:tcW w:w="3312" w:type="dxa"/>
          </w:tcPr>
          <w:p w14:paraId="7CA5B63E" w14:textId="77777777" w:rsidR="001B326E" w:rsidRDefault="008C488B">
            <w:r>
              <w:rPr>
                <w:b/>
                <w:color w:val="155F63"/>
                <w:sz w:val="17"/>
              </w:rPr>
              <w:t>Argument / Analysis</w:t>
            </w:r>
          </w:p>
        </w:tc>
        <w:tc>
          <w:tcPr>
            <w:tcW w:w="3312" w:type="dxa"/>
          </w:tcPr>
          <w:p w14:paraId="7C4D5936" w14:textId="77777777" w:rsidR="001B326E" w:rsidRDefault="008C488B">
            <w:r>
              <w:rPr>
                <w:color w:val="222222"/>
                <w:sz w:val="17"/>
              </w:rPr>
              <w:t>Required</w:t>
            </w:r>
          </w:p>
        </w:tc>
        <w:tc>
          <w:tcPr>
            <w:tcW w:w="3312" w:type="dxa"/>
          </w:tcPr>
          <w:p w14:paraId="3E647403" w14:textId="77777777" w:rsidR="001B326E" w:rsidRDefault="008C488B">
            <w:r>
              <w:rPr>
                <w:color w:val="222222"/>
                <w:sz w:val="17"/>
              </w:rPr>
              <w:t>Develop the position coherently.</w:t>
            </w:r>
          </w:p>
        </w:tc>
      </w:tr>
      <w:tr w:rsidR="001B326E" w14:paraId="55F4D9CE" w14:textId="77777777">
        <w:trPr>
          <w:cantSplit/>
          <w:jc w:val="center"/>
        </w:trPr>
        <w:tc>
          <w:tcPr>
            <w:tcW w:w="3312" w:type="dxa"/>
          </w:tcPr>
          <w:p w14:paraId="1C1D9D22" w14:textId="77777777" w:rsidR="001B326E" w:rsidRDefault="008C488B">
            <w:r>
              <w:rPr>
                <w:b/>
                <w:color w:val="155F63"/>
                <w:sz w:val="17"/>
              </w:rPr>
              <w:t>Alternative Perspectives / Limitations / Counterarguments</w:t>
            </w:r>
          </w:p>
        </w:tc>
        <w:tc>
          <w:tcPr>
            <w:tcW w:w="3312" w:type="dxa"/>
          </w:tcPr>
          <w:p w14:paraId="3721E90F" w14:textId="77777777" w:rsidR="001B326E" w:rsidRDefault="008C488B">
            <w:r>
              <w:rPr>
                <w:color w:val="222222"/>
                <w:sz w:val="17"/>
              </w:rPr>
              <w:t>Recommended</w:t>
            </w:r>
          </w:p>
        </w:tc>
        <w:tc>
          <w:tcPr>
            <w:tcW w:w="3312" w:type="dxa"/>
          </w:tcPr>
          <w:p w14:paraId="2AF6B7C5" w14:textId="77777777" w:rsidR="001B326E" w:rsidRDefault="008C488B">
            <w:r>
              <w:rPr>
                <w:color w:val="222222"/>
                <w:sz w:val="17"/>
              </w:rPr>
              <w:t>Acknowledge relevant alternatives where appropriate.</w:t>
            </w:r>
          </w:p>
        </w:tc>
      </w:tr>
      <w:tr w:rsidR="001B326E" w14:paraId="5D13BAA7" w14:textId="77777777">
        <w:trPr>
          <w:cantSplit/>
          <w:jc w:val="center"/>
        </w:trPr>
        <w:tc>
          <w:tcPr>
            <w:tcW w:w="3312" w:type="dxa"/>
          </w:tcPr>
          <w:p w14:paraId="2D549A7D" w14:textId="77777777" w:rsidR="001B326E" w:rsidRDefault="008C488B">
            <w:r>
              <w:rPr>
                <w:b/>
                <w:color w:val="155F63"/>
                <w:sz w:val="17"/>
              </w:rPr>
              <w:t>Recommendations / Implications</w:t>
            </w:r>
          </w:p>
        </w:tc>
        <w:tc>
          <w:tcPr>
            <w:tcW w:w="3312" w:type="dxa"/>
          </w:tcPr>
          <w:p w14:paraId="21B78168" w14:textId="77777777" w:rsidR="001B326E" w:rsidRDefault="008C488B">
            <w:r>
              <w:rPr>
                <w:color w:val="222222"/>
                <w:sz w:val="17"/>
              </w:rPr>
              <w:t>Required</w:t>
            </w:r>
          </w:p>
        </w:tc>
        <w:tc>
          <w:tcPr>
            <w:tcW w:w="3312" w:type="dxa"/>
          </w:tcPr>
          <w:p w14:paraId="17EC3E03" w14:textId="77777777" w:rsidR="001B326E" w:rsidRDefault="008C488B">
            <w:r>
              <w:rPr>
                <w:color w:val="222222"/>
                <w:sz w:val="17"/>
              </w:rPr>
              <w:t>Specify implications for practice, research, education, policy or field development.</w:t>
            </w:r>
          </w:p>
        </w:tc>
      </w:tr>
      <w:tr w:rsidR="001B326E" w14:paraId="5890B173" w14:textId="77777777">
        <w:trPr>
          <w:cantSplit/>
          <w:jc w:val="center"/>
        </w:trPr>
        <w:tc>
          <w:tcPr>
            <w:tcW w:w="3312" w:type="dxa"/>
          </w:tcPr>
          <w:p w14:paraId="58EC7008" w14:textId="77777777" w:rsidR="001B326E" w:rsidRDefault="008C488B">
            <w:r>
              <w:rPr>
                <w:b/>
                <w:color w:val="155F63"/>
                <w:sz w:val="17"/>
              </w:rPr>
              <w:t>Conclusion / Call for Dialogue or Action</w:t>
            </w:r>
          </w:p>
        </w:tc>
        <w:tc>
          <w:tcPr>
            <w:tcW w:w="3312" w:type="dxa"/>
          </w:tcPr>
          <w:p w14:paraId="0192DB2C" w14:textId="77777777" w:rsidR="001B326E" w:rsidRDefault="008C488B">
            <w:r>
              <w:rPr>
                <w:color w:val="222222"/>
                <w:sz w:val="17"/>
              </w:rPr>
              <w:t>Recommended</w:t>
            </w:r>
          </w:p>
        </w:tc>
        <w:tc>
          <w:tcPr>
            <w:tcW w:w="3312" w:type="dxa"/>
          </w:tcPr>
          <w:p w14:paraId="79EEC88D" w14:textId="77777777" w:rsidR="001B326E" w:rsidRDefault="008C488B">
            <w:r>
              <w:rPr>
                <w:color w:val="222222"/>
                <w:sz w:val="17"/>
              </w:rPr>
              <w:t>Conclude with the significance of the position.</w:t>
            </w:r>
          </w:p>
        </w:tc>
      </w:tr>
    </w:tbl>
    <w:p w14:paraId="41F46145" w14:textId="77777777" w:rsidR="001B326E" w:rsidRDefault="001B326E"/>
    <w:p w14:paraId="57445B66" w14:textId="77777777" w:rsidR="001B326E" w:rsidRDefault="008C488B">
      <w:pPr>
        <w:pStyle w:val="Heading2"/>
      </w:pPr>
      <w:r>
        <w:t>5. Practice &amp; Clinical Perspectives</w:t>
      </w:r>
    </w:p>
    <w:p w14:paraId="74732EE5" w14:textId="77777777" w:rsidR="001B326E" w:rsidRDefault="008C488B">
      <w:r>
        <w:rPr>
          <w:b/>
          <w:color w:val="167F83"/>
          <w:sz w:val="19"/>
        </w:rPr>
        <w:t>Suggested length: 3,000-6,000 words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98"/>
        <w:gridCol w:w="3198"/>
        <w:gridCol w:w="3199"/>
      </w:tblGrid>
      <w:tr w:rsidR="001B326E" w14:paraId="05FE71AF" w14:textId="77777777">
        <w:trPr>
          <w:cantSplit/>
          <w:jc w:val="center"/>
        </w:trPr>
        <w:tc>
          <w:tcPr>
            <w:tcW w:w="3312" w:type="dxa"/>
            <w:shd w:val="clear" w:color="auto" w:fill="167F83"/>
          </w:tcPr>
          <w:p w14:paraId="01DAF50A" w14:textId="77777777" w:rsidR="001B326E" w:rsidRDefault="008C488B">
            <w:r>
              <w:rPr>
                <w:b/>
                <w:color w:val="FFFFFF"/>
                <w:sz w:val="17"/>
              </w:rPr>
              <w:t>Section</w:t>
            </w:r>
          </w:p>
        </w:tc>
        <w:tc>
          <w:tcPr>
            <w:tcW w:w="3312" w:type="dxa"/>
            <w:shd w:val="clear" w:color="auto" w:fill="167F83"/>
          </w:tcPr>
          <w:p w14:paraId="47F73F33" w14:textId="77777777" w:rsidR="001B326E" w:rsidRDefault="008C488B">
            <w:r>
              <w:rPr>
                <w:b/>
                <w:color w:val="FFFFFF"/>
                <w:sz w:val="17"/>
              </w:rPr>
              <w:t>Status</w:t>
            </w:r>
          </w:p>
        </w:tc>
        <w:tc>
          <w:tcPr>
            <w:tcW w:w="3312" w:type="dxa"/>
            <w:shd w:val="clear" w:color="auto" w:fill="167F83"/>
          </w:tcPr>
          <w:p w14:paraId="734054B4" w14:textId="77777777" w:rsidR="001B326E" w:rsidRDefault="008C488B">
            <w:r>
              <w:rPr>
                <w:b/>
                <w:color w:val="FFFFFF"/>
                <w:sz w:val="17"/>
              </w:rPr>
              <w:t>Purpose</w:t>
            </w:r>
          </w:p>
        </w:tc>
      </w:tr>
      <w:tr w:rsidR="001B326E" w14:paraId="0ABB3C20" w14:textId="77777777">
        <w:trPr>
          <w:cantSplit/>
          <w:jc w:val="center"/>
        </w:trPr>
        <w:tc>
          <w:tcPr>
            <w:tcW w:w="3312" w:type="dxa"/>
          </w:tcPr>
          <w:p w14:paraId="0D5BF675" w14:textId="77777777" w:rsidR="001B326E" w:rsidRDefault="008C488B">
            <w:r>
              <w:rPr>
                <w:b/>
                <w:color w:val="155F63"/>
                <w:sz w:val="17"/>
              </w:rPr>
              <w:t>Introduction / Practice Context</w:t>
            </w:r>
          </w:p>
        </w:tc>
        <w:tc>
          <w:tcPr>
            <w:tcW w:w="3312" w:type="dxa"/>
          </w:tcPr>
          <w:p w14:paraId="1C0A9C9B" w14:textId="77777777" w:rsidR="001B326E" w:rsidRDefault="008C488B">
            <w:r>
              <w:rPr>
                <w:color w:val="222222"/>
                <w:sz w:val="17"/>
              </w:rPr>
              <w:t>Required</w:t>
            </w:r>
          </w:p>
        </w:tc>
        <w:tc>
          <w:tcPr>
            <w:tcW w:w="3312" w:type="dxa"/>
          </w:tcPr>
          <w:p w14:paraId="5E269F54" w14:textId="77777777" w:rsidR="001B326E" w:rsidRDefault="008C488B">
            <w:r>
              <w:rPr>
                <w:color w:val="222222"/>
                <w:sz w:val="17"/>
              </w:rPr>
              <w:t>Introduce the setting, issue and purpose.</w:t>
            </w:r>
          </w:p>
        </w:tc>
      </w:tr>
      <w:tr w:rsidR="001B326E" w14:paraId="5D35473D" w14:textId="77777777">
        <w:trPr>
          <w:cantSplit/>
          <w:jc w:val="center"/>
        </w:trPr>
        <w:tc>
          <w:tcPr>
            <w:tcW w:w="3312" w:type="dxa"/>
          </w:tcPr>
          <w:p w14:paraId="4BFE4C99" w14:textId="77777777" w:rsidR="001B326E" w:rsidRDefault="008C488B">
            <w:r>
              <w:rPr>
                <w:b/>
                <w:color w:val="155F63"/>
                <w:sz w:val="17"/>
              </w:rPr>
              <w:t>Background / Rationale</w:t>
            </w:r>
          </w:p>
        </w:tc>
        <w:tc>
          <w:tcPr>
            <w:tcW w:w="3312" w:type="dxa"/>
          </w:tcPr>
          <w:p w14:paraId="75CD7387" w14:textId="77777777" w:rsidR="001B326E" w:rsidRDefault="008C488B">
            <w:r>
              <w:rPr>
                <w:color w:val="222222"/>
                <w:sz w:val="17"/>
              </w:rPr>
              <w:t>Recommended</w:t>
            </w:r>
          </w:p>
        </w:tc>
        <w:tc>
          <w:tcPr>
            <w:tcW w:w="3312" w:type="dxa"/>
          </w:tcPr>
          <w:p w14:paraId="65D5FC19" w14:textId="77777777" w:rsidR="001B326E" w:rsidRDefault="008C488B">
            <w:r>
              <w:rPr>
                <w:color w:val="222222"/>
                <w:sz w:val="17"/>
              </w:rPr>
              <w:t>Explain relevant practice, clinical, pedagogical or community context.</w:t>
            </w:r>
          </w:p>
        </w:tc>
      </w:tr>
      <w:tr w:rsidR="001B326E" w14:paraId="29D3B65F" w14:textId="77777777">
        <w:trPr>
          <w:cantSplit/>
          <w:jc w:val="center"/>
        </w:trPr>
        <w:tc>
          <w:tcPr>
            <w:tcW w:w="3312" w:type="dxa"/>
          </w:tcPr>
          <w:p w14:paraId="5FFAC82C" w14:textId="77777777" w:rsidR="001B326E" w:rsidRDefault="008C488B">
            <w:r>
              <w:rPr>
                <w:b/>
                <w:color w:val="155F63"/>
                <w:sz w:val="17"/>
              </w:rPr>
              <w:t>Practice, Program, Approach or Case Context</w:t>
            </w:r>
          </w:p>
        </w:tc>
        <w:tc>
          <w:tcPr>
            <w:tcW w:w="3312" w:type="dxa"/>
          </w:tcPr>
          <w:p w14:paraId="32DE3818" w14:textId="77777777" w:rsidR="001B326E" w:rsidRDefault="008C488B">
            <w:r>
              <w:rPr>
                <w:color w:val="222222"/>
                <w:sz w:val="17"/>
              </w:rPr>
              <w:t>Required</w:t>
            </w:r>
          </w:p>
        </w:tc>
        <w:tc>
          <w:tcPr>
            <w:tcW w:w="3312" w:type="dxa"/>
          </w:tcPr>
          <w:p w14:paraId="121AD114" w14:textId="77777777" w:rsidR="001B326E" w:rsidRDefault="008C488B">
            <w:r>
              <w:rPr>
                <w:color w:val="222222"/>
                <w:sz w:val="17"/>
              </w:rPr>
              <w:t>Describe what is being examined.</w:t>
            </w:r>
          </w:p>
        </w:tc>
      </w:tr>
      <w:tr w:rsidR="001B326E" w14:paraId="63DD3C40" w14:textId="77777777">
        <w:trPr>
          <w:cantSplit/>
          <w:jc w:val="center"/>
        </w:trPr>
        <w:tc>
          <w:tcPr>
            <w:tcW w:w="3312" w:type="dxa"/>
          </w:tcPr>
          <w:p w14:paraId="3A0826A4" w14:textId="77777777" w:rsidR="001B326E" w:rsidRDefault="008C488B">
            <w:r>
              <w:rPr>
                <w:b/>
                <w:color w:val="155F63"/>
                <w:sz w:val="17"/>
              </w:rPr>
              <w:t>Description of the Work / Process</w:t>
            </w:r>
          </w:p>
        </w:tc>
        <w:tc>
          <w:tcPr>
            <w:tcW w:w="3312" w:type="dxa"/>
          </w:tcPr>
          <w:p w14:paraId="65BF2A08" w14:textId="77777777" w:rsidR="001B326E" w:rsidRDefault="008C488B">
            <w:r>
              <w:rPr>
                <w:color w:val="222222"/>
                <w:sz w:val="17"/>
              </w:rPr>
              <w:t>Required</w:t>
            </w:r>
          </w:p>
        </w:tc>
        <w:tc>
          <w:tcPr>
            <w:tcW w:w="3312" w:type="dxa"/>
          </w:tcPr>
          <w:p w14:paraId="71BC678B" w14:textId="77777777" w:rsidR="001B326E" w:rsidRDefault="008C488B">
            <w:r>
              <w:rPr>
                <w:color w:val="222222"/>
                <w:sz w:val="17"/>
              </w:rPr>
              <w:t>Explain the intervention, program, approach, process or practice.</w:t>
            </w:r>
          </w:p>
        </w:tc>
      </w:tr>
      <w:tr w:rsidR="001B326E" w14:paraId="16DBF211" w14:textId="77777777">
        <w:trPr>
          <w:cantSplit/>
          <w:jc w:val="center"/>
        </w:trPr>
        <w:tc>
          <w:tcPr>
            <w:tcW w:w="3312" w:type="dxa"/>
          </w:tcPr>
          <w:p w14:paraId="395D4DB9" w14:textId="77777777" w:rsidR="001B326E" w:rsidRDefault="008C488B">
            <w:r>
              <w:rPr>
                <w:b/>
                <w:color w:val="155F63"/>
                <w:sz w:val="17"/>
              </w:rPr>
              <w:t>Critical and Reflective Analysis</w:t>
            </w:r>
          </w:p>
        </w:tc>
        <w:tc>
          <w:tcPr>
            <w:tcW w:w="3312" w:type="dxa"/>
          </w:tcPr>
          <w:p w14:paraId="4B7B9051" w14:textId="77777777" w:rsidR="001B326E" w:rsidRDefault="008C488B">
            <w:r>
              <w:rPr>
                <w:color w:val="222222"/>
                <w:sz w:val="17"/>
              </w:rPr>
              <w:t>Required</w:t>
            </w:r>
          </w:p>
        </w:tc>
        <w:tc>
          <w:tcPr>
            <w:tcW w:w="3312" w:type="dxa"/>
          </w:tcPr>
          <w:p w14:paraId="5E5C52A8" w14:textId="77777777" w:rsidR="001B326E" w:rsidRDefault="008C488B">
            <w:r>
              <w:rPr>
                <w:color w:val="222222"/>
                <w:sz w:val="17"/>
              </w:rPr>
              <w:t>Move beyond description to critical reflection and learning.</w:t>
            </w:r>
          </w:p>
        </w:tc>
      </w:tr>
      <w:tr w:rsidR="001B326E" w14:paraId="26883E39" w14:textId="77777777">
        <w:trPr>
          <w:cantSplit/>
          <w:jc w:val="center"/>
        </w:trPr>
        <w:tc>
          <w:tcPr>
            <w:tcW w:w="3312" w:type="dxa"/>
          </w:tcPr>
          <w:p w14:paraId="0EE23365" w14:textId="77777777" w:rsidR="001B326E" w:rsidRDefault="008C488B">
            <w:r>
              <w:rPr>
                <w:b/>
                <w:color w:val="155F63"/>
                <w:sz w:val="17"/>
              </w:rPr>
              <w:t>Ethical and Cultural Considerations</w:t>
            </w:r>
          </w:p>
        </w:tc>
        <w:tc>
          <w:tcPr>
            <w:tcW w:w="3312" w:type="dxa"/>
          </w:tcPr>
          <w:p w14:paraId="16DA6C88" w14:textId="77777777" w:rsidR="001B326E" w:rsidRDefault="008C488B">
            <w:r>
              <w:rPr>
                <w:color w:val="222222"/>
                <w:sz w:val="17"/>
              </w:rPr>
              <w:t>Required where applicable</w:t>
            </w:r>
          </w:p>
        </w:tc>
        <w:tc>
          <w:tcPr>
            <w:tcW w:w="3312" w:type="dxa"/>
          </w:tcPr>
          <w:p w14:paraId="548251C8" w14:textId="77777777" w:rsidR="001B326E" w:rsidRDefault="008C488B">
            <w:r>
              <w:rPr>
                <w:color w:val="222222"/>
                <w:sz w:val="17"/>
              </w:rPr>
              <w:t>Address consent, confidentiality, representation, cultural responsiveness and professional responsibility.</w:t>
            </w:r>
          </w:p>
        </w:tc>
      </w:tr>
      <w:tr w:rsidR="001B326E" w14:paraId="0DCDF11D" w14:textId="77777777">
        <w:trPr>
          <w:cantSplit/>
          <w:jc w:val="center"/>
        </w:trPr>
        <w:tc>
          <w:tcPr>
            <w:tcW w:w="3312" w:type="dxa"/>
          </w:tcPr>
          <w:p w14:paraId="53C7DF02" w14:textId="77777777" w:rsidR="001B326E" w:rsidRDefault="008C488B">
            <w:r>
              <w:rPr>
                <w:b/>
                <w:color w:val="155F63"/>
                <w:sz w:val="17"/>
              </w:rPr>
              <w:t>Learning / Challenges / Limitations</w:t>
            </w:r>
          </w:p>
        </w:tc>
        <w:tc>
          <w:tcPr>
            <w:tcW w:w="3312" w:type="dxa"/>
          </w:tcPr>
          <w:p w14:paraId="35C32273" w14:textId="77777777" w:rsidR="001B326E" w:rsidRDefault="008C488B">
            <w:r>
              <w:rPr>
                <w:color w:val="222222"/>
                <w:sz w:val="17"/>
              </w:rPr>
              <w:t>Recommended</w:t>
            </w:r>
          </w:p>
        </w:tc>
        <w:tc>
          <w:tcPr>
            <w:tcW w:w="3312" w:type="dxa"/>
          </w:tcPr>
          <w:p w14:paraId="1A0D5DA3" w14:textId="77777777" w:rsidR="001B326E" w:rsidRDefault="008C488B">
            <w:r>
              <w:rPr>
                <w:color w:val="222222"/>
                <w:sz w:val="17"/>
              </w:rPr>
              <w:t>Discuss constraints, difficulties and lessons.</w:t>
            </w:r>
          </w:p>
        </w:tc>
      </w:tr>
      <w:tr w:rsidR="001B326E" w14:paraId="754998BB" w14:textId="77777777">
        <w:trPr>
          <w:cantSplit/>
          <w:jc w:val="center"/>
        </w:trPr>
        <w:tc>
          <w:tcPr>
            <w:tcW w:w="3312" w:type="dxa"/>
          </w:tcPr>
          <w:p w14:paraId="30A7902C" w14:textId="77777777" w:rsidR="001B326E" w:rsidRDefault="008C488B">
            <w:r>
              <w:rPr>
                <w:b/>
                <w:color w:val="155F63"/>
                <w:sz w:val="17"/>
              </w:rPr>
              <w:lastRenderedPageBreak/>
              <w:t>Implications for Practice, Education or Field Development</w:t>
            </w:r>
          </w:p>
        </w:tc>
        <w:tc>
          <w:tcPr>
            <w:tcW w:w="3312" w:type="dxa"/>
          </w:tcPr>
          <w:p w14:paraId="2752A906" w14:textId="77777777" w:rsidR="001B326E" w:rsidRDefault="008C488B">
            <w:r>
              <w:rPr>
                <w:color w:val="222222"/>
                <w:sz w:val="17"/>
              </w:rPr>
              <w:t>Required</w:t>
            </w:r>
          </w:p>
        </w:tc>
        <w:tc>
          <w:tcPr>
            <w:tcW w:w="3312" w:type="dxa"/>
          </w:tcPr>
          <w:p w14:paraId="292B1822" w14:textId="77777777" w:rsidR="001B326E" w:rsidRDefault="008C488B">
            <w:r>
              <w:rPr>
                <w:color w:val="222222"/>
                <w:sz w:val="17"/>
              </w:rPr>
              <w:t>Demonstrate relevance beyond the immediate setting.</w:t>
            </w:r>
          </w:p>
        </w:tc>
      </w:tr>
      <w:tr w:rsidR="001B326E" w14:paraId="61745C9D" w14:textId="77777777">
        <w:trPr>
          <w:cantSplit/>
          <w:jc w:val="center"/>
        </w:trPr>
        <w:tc>
          <w:tcPr>
            <w:tcW w:w="3312" w:type="dxa"/>
          </w:tcPr>
          <w:p w14:paraId="2375299C" w14:textId="77777777" w:rsidR="001B326E" w:rsidRDefault="008C488B">
            <w:r>
              <w:rPr>
                <w:b/>
                <w:color w:val="155F63"/>
                <w:sz w:val="17"/>
              </w:rPr>
              <w:t>Conclusion</w:t>
            </w:r>
          </w:p>
        </w:tc>
        <w:tc>
          <w:tcPr>
            <w:tcW w:w="3312" w:type="dxa"/>
          </w:tcPr>
          <w:p w14:paraId="60C9F9E5" w14:textId="77777777" w:rsidR="001B326E" w:rsidRDefault="008C488B">
            <w:r>
              <w:rPr>
                <w:color w:val="222222"/>
                <w:sz w:val="17"/>
              </w:rPr>
              <w:t>Recommended</w:t>
            </w:r>
          </w:p>
        </w:tc>
        <w:tc>
          <w:tcPr>
            <w:tcW w:w="3312" w:type="dxa"/>
          </w:tcPr>
          <w:p w14:paraId="3F84B72F" w14:textId="77777777" w:rsidR="001B326E" w:rsidRDefault="008C488B">
            <w:r>
              <w:rPr>
                <w:color w:val="222222"/>
                <w:sz w:val="17"/>
              </w:rPr>
              <w:t>Summarize the contribution.</w:t>
            </w:r>
          </w:p>
        </w:tc>
      </w:tr>
    </w:tbl>
    <w:p w14:paraId="4811EB5F" w14:textId="77777777" w:rsidR="001B326E" w:rsidRDefault="001B326E"/>
    <w:p w14:paraId="727F6A69" w14:textId="77777777" w:rsidR="001B326E" w:rsidRDefault="008C488B">
      <w:pPr>
        <w:pStyle w:val="Heading2"/>
      </w:pPr>
      <w:r>
        <w:t>6. Arts-Based &amp; Creative Contributions</w:t>
      </w:r>
    </w:p>
    <w:p w14:paraId="1D222240" w14:textId="77777777" w:rsidR="001B326E" w:rsidRDefault="008C488B">
      <w:r>
        <w:rPr>
          <w:b/>
          <w:color w:val="167F83"/>
          <w:sz w:val="19"/>
        </w:rPr>
        <w:t>Flexible depending on format</w:t>
      </w:r>
    </w:p>
    <w:p w14:paraId="4188BE80" w14:textId="77777777" w:rsidR="001B326E" w:rsidRDefault="008C488B">
      <w:pPr>
        <w:ind w:left="173"/>
      </w:pPr>
      <w:r>
        <w:rPr>
          <w:i/>
          <w:color w:val="6B6B6B"/>
          <w:sz w:val="19"/>
        </w:rPr>
        <w:t>These headings are indicative rather than prescriptive. Alternative, experimental, multimodal or non-linear structures are welcome when appropriate to the artistic and scholarly nature of the work.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98"/>
        <w:gridCol w:w="3197"/>
        <w:gridCol w:w="3200"/>
      </w:tblGrid>
      <w:tr w:rsidR="001B326E" w14:paraId="678B077B" w14:textId="77777777">
        <w:trPr>
          <w:cantSplit/>
          <w:jc w:val="center"/>
        </w:trPr>
        <w:tc>
          <w:tcPr>
            <w:tcW w:w="3312" w:type="dxa"/>
            <w:shd w:val="clear" w:color="auto" w:fill="167F83"/>
          </w:tcPr>
          <w:p w14:paraId="360118C1" w14:textId="77777777" w:rsidR="001B326E" w:rsidRDefault="008C488B">
            <w:r>
              <w:rPr>
                <w:b/>
                <w:color w:val="FFFFFF"/>
                <w:sz w:val="17"/>
              </w:rPr>
              <w:t>Section</w:t>
            </w:r>
          </w:p>
        </w:tc>
        <w:tc>
          <w:tcPr>
            <w:tcW w:w="3312" w:type="dxa"/>
            <w:shd w:val="clear" w:color="auto" w:fill="167F83"/>
          </w:tcPr>
          <w:p w14:paraId="631F7F4D" w14:textId="77777777" w:rsidR="001B326E" w:rsidRDefault="008C488B">
            <w:r>
              <w:rPr>
                <w:b/>
                <w:color w:val="FFFFFF"/>
                <w:sz w:val="17"/>
              </w:rPr>
              <w:t>Status</w:t>
            </w:r>
          </w:p>
        </w:tc>
        <w:tc>
          <w:tcPr>
            <w:tcW w:w="3312" w:type="dxa"/>
            <w:shd w:val="clear" w:color="auto" w:fill="167F83"/>
          </w:tcPr>
          <w:p w14:paraId="4A6388FC" w14:textId="77777777" w:rsidR="001B326E" w:rsidRDefault="008C488B">
            <w:r>
              <w:rPr>
                <w:b/>
                <w:color w:val="FFFFFF"/>
                <w:sz w:val="17"/>
              </w:rPr>
              <w:t>Purpose</w:t>
            </w:r>
          </w:p>
        </w:tc>
      </w:tr>
      <w:tr w:rsidR="001B326E" w14:paraId="777617DA" w14:textId="77777777">
        <w:trPr>
          <w:cantSplit/>
          <w:jc w:val="center"/>
        </w:trPr>
        <w:tc>
          <w:tcPr>
            <w:tcW w:w="3312" w:type="dxa"/>
          </w:tcPr>
          <w:p w14:paraId="5BAAF504" w14:textId="77777777" w:rsidR="001B326E" w:rsidRDefault="008C488B">
            <w:r>
              <w:rPr>
                <w:b/>
                <w:color w:val="155F63"/>
                <w:sz w:val="17"/>
              </w:rPr>
              <w:t>Abstract / Orientation to the Contribution</w:t>
            </w:r>
          </w:p>
        </w:tc>
        <w:tc>
          <w:tcPr>
            <w:tcW w:w="3312" w:type="dxa"/>
          </w:tcPr>
          <w:p w14:paraId="4886738B" w14:textId="77777777" w:rsidR="001B326E" w:rsidRDefault="008C488B">
            <w:r>
              <w:rPr>
                <w:color w:val="222222"/>
                <w:sz w:val="17"/>
              </w:rPr>
              <w:t>Required</w:t>
            </w:r>
          </w:p>
        </w:tc>
        <w:tc>
          <w:tcPr>
            <w:tcW w:w="3312" w:type="dxa"/>
          </w:tcPr>
          <w:p w14:paraId="690B7436" w14:textId="77777777" w:rsidR="001B326E" w:rsidRDefault="008C488B">
            <w:r>
              <w:rPr>
                <w:color w:val="222222"/>
                <w:sz w:val="17"/>
              </w:rPr>
              <w:t>Orient an international readership to the purpose and form.</w:t>
            </w:r>
          </w:p>
        </w:tc>
      </w:tr>
      <w:tr w:rsidR="001B326E" w14:paraId="3C25A5CF" w14:textId="77777777">
        <w:trPr>
          <w:cantSplit/>
          <w:jc w:val="center"/>
        </w:trPr>
        <w:tc>
          <w:tcPr>
            <w:tcW w:w="3312" w:type="dxa"/>
          </w:tcPr>
          <w:p w14:paraId="087DF70B" w14:textId="77777777" w:rsidR="001B326E" w:rsidRDefault="008C488B">
            <w:r>
              <w:rPr>
                <w:b/>
                <w:color w:val="155F63"/>
                <w:sz w:val="17"/>
              </w:rPr>
              <w:t>Context / Point of Departure</w:t>
            </w:r>
          </w:p>
        </w:tc>
        <w:tc>
          <w:tcPr>
            <w:tcW w:w="3312" w:type="dxa"/>
          </w:tcPr>
          <w:p w14:paraId="637B0363" w14:textId="77777777" w:rsidR="001B326E" w:rsidRDefault="008C488B">
            <w:r>
              <w:rPr>
                <w:color w:val="222222"/>
                <w:sz w:val="17"/>
              </w:rPr>
              <w:t>Recommended</w:t>
            </w:r>
          </w:p>
        </w:tc>
        <w:tc>
          <w:tcPr>
            <w:tcW w:w="3312" w:type="dxa"/>
          </w:tcPr>
          <w:p w14:paraId="013DD51F" w14:textId="77777777" w:rsidR="001B326E" w:rsidRDefault="008C488B">
            <w:r>
              <w:rPr>
                <w:color w:val="222222"/>
                <w:sz w:val="17"/>
              </w:rPr>
              <w:t>Situate the creative or scholarly inquiry.</w:t>
            </w:r>
          </w:p>
        </w:tc>
      </w:tr>
      <w:tr w:rsidR="001B326E" w14:paraId="3BF17E1E" w14:textId="77777777">
        <w:trPr>
          <w:cantSplit/>
          <w:jc w:val="center"/>
        </w:trPr>
        <w:tc>
          <w:tcPr>
            <w:tcW w:w="3312" w:type="dxa"/>
          </w:tcPr>
          <w:p w14:paraId="0B56BBBD" w14:textId="77777777" w:rsidR="001B326E" w:rsidRDefault="008C488B">
            <w:r>
              <w:rPr>
                <w:b/>
                <w:color w:val="155F63"/>
                <w:sz w:val="17"/>
              </w:rPr>
              <w:t>Creative / Artistic Contribution</w:t>
            </w:r>
          </w:p>
        </w:tc>
        <w:tc>
          <w:tcPr>
            <w:tcW w:w="3312" w:type="dxa"/>
          </w:tcPr>
          <w:p w14:paraId="196CEFD2" w14:textId="77777777" w:rsidR="001B326E" w:rsidRDefault="008C488B">
            <w:r>
              <w:rPr>
                <w:color w:val="222222"/>
                <w:sz w:val="17"/>
              </w:rPr>
              <w:t>Required</w:t>
            </w:r>
          </w:p>
        </w:tc>
        <w:tc>
          <w:tcPr>
            <w:tcW w:w="3312" w:type="dxa"/>
          </w:tcPr>
          <w:p w14:paraId="0338FA93" w14:textId="77777777" w:rsidR="001B326E" w:rsidRDefault="008C488B">
            <w:r>
              <w:rPr>
                <w:color w:val="222222"/>
                <w:sz w:val="17"/>
              </w:rPr>
              <w:t>May include text, images, poetry, movement documentation, dialogue, scores or other appropriate forms.</w:t>
            </w:r>
          </w:p>
        </w:tc>
      </w:tr>
      <w:tr w:rsidR="001B326E" w14:paraId="09821A22" w14:textId="77777777">
        <w:trPr>
          <w:cantSplit/>
          <w:jc w:val="center"/>
        </w:trPr>
        <w:tc>
          <w:tcPr>
            <w:tcW w:w="3312" w:type="dxa"/>
          </w:tcPr>
          <w:p w14:paraId="3A801EE4" w14:textId="77777777" w:rsidR="001B326E" w:rsidRDefault="008C488B">
            <w:r>
              <w:rPr>
                <w:b/>
                <w:color w:val="155F63"/>
                <w:sz w:val="17"/>
              </w:rPr>
              <w:t>Process / Method / Creative Inquiry</w:t>
            </w:r>
          </w:p>
        </w:tc>
        <w:tc>
          <w:tcPr>
            <w:tcW w:w="3312" w:type="dxa"/>
          </w:tcPr>
          <w:p w14:paraId="602DE113" w14:textId="77777777" w:rsidR="001B326E" w:rsidRDefault="008C488B">
            <w:r>
              <w:rPr>
                <w:color w:val="222222"/>
                <w:sz w:val="17"/>
              </w:rPr>
              <w:t>Recommended where relevant</w:t>
            </w:r>
          </w:p>
        </w:tc>
        <w:tc>
          <w:tcPr>
            <w:tcW w:w="3312" w:type="dxa"/>
          </w:tcPr>
          <w:p w14:paraId="5B208458" w14:textId="77777777" w:rsidR="001B326E" w:rsidRDefault="008C488B">
            <w:r>
              <w:rPr>
                <w:color w:val="222222"/>
                <w:sz w:val="17"/>
              </w:rPr>
              <w:t>Explain the artistic or inquiry process sufficiently for scholarly engagement.</w:t>
            </w:r>
          </w:p>
        </w:tc>
      </w:tr>
      <w:tr w:rsidR="001B326E" w14:paraId="0370CF2E" w14:textId="77777777">
        <w:trPr>
          <w:cantSplit/>
          <w:jc w:val="center"/>
        </w:trPr>
        <w:tc>
          <w:tcPr>
            <w:tcW w:w="3312" w:type="dxa"/>
          </w:tcPr>
          <w:p w14:paraId="5F314EFC" w14:textId="77777777" w:rsidR="001B326E" w:rsidRDefault="008C488B">
            <w:r>
              <w:rPr>
                <w:b/>
                <w:color w:val="155F63"/>
                <w:sz w:val="17"/>
              </w:rPr>
              <w:t>Critical / Reflexive Commentary</w:t>
            </w:r>
          </w:p>
        </w:tc>
        <w:tc>
          <w:tcPr>
            <w:tcW w:w="3312" w:type="dxa"/>
          </w:tcPr>
          <w:p w14:paraId="01B00213" w14:textId="77777777" w:rsidR="001B326E" w:rsidRDefault="008C488B">
            <w:r>
              <w:rPr>
                <w:color w:val="222222"/>
                <w:sz w:val="17"/>
              </w:rPr>
              <w:t>Required</w:t>
            </w:r>
          </w:p>
        </w:tc>
        <w:tc>
          <w:tcPr>
            <w:tcW w:w="3312" w:type="dxa"/>
          </w:tcPr>
          <w:p w14:paraId="584C554A" w14:textId="77777777" w:rsidR="001B326E" w:rsidRDefault="008C488B">
            <w:r>
              <w:rPr>
                <w:color w:val="222222"/>
                <w:sz w:val="17"/>
              </w:rPr>
              <w:t>Connect the creative work to critical reflection.</w:t>
            </w:r>
          </w:p>
        </w:tc>
      </w:tr>
      <w:tr w:rsidR="001B326E" w14:paraId="52988970" w14:textId="77777777">
        <w:trPr>
          <w:cantSplit/>
          <w:jc w:val="center"/>
        </w:trPr>
        <w:tc>
          <w:tcPr>
            <w:tcW w:w="3312" w:type="dxa"/>
          </w:tcPr>
          <w:p w14:paraId="19C8D348" w14:textId="77777777" w:rsidR="001B326E" w:rsidRDefault="008C488B">
            <w:r>
              <w:rPr>
                <w:b/>
                <w:color w:val="155F63"/>
                <w:sz w:val="17"/>
              </w:rPr>
              <w:t>Cultural, Ethical and/or Positional Considerations</w:t>
            </w:r>
          </w:p>
        </w:tc>
        <w:tc>
          <w:tcPr>
            <w:tcW w:w="3312" w:type="dxa"/>
          </w:tcPr>
          <w:p w14:paraId="485E3424" w14:textId="77777777" w:rsidR="001B326E" w:rsidRDefault="008C488B">
            <w:r>
              <w:rPr>
                <w:color w:val="222222"/>
                <w:sz w:val="17"/>
              </w:rPr>
              <w:t>Where applicable</w:t>
            </w:r>
          </w:p>
        </w:tc>
        <w:tc>
          <w:tcPr>
            <w:tcW w:w="3312" w:type="dxa"/>
          </w:tcPr>
          <w:p w14:paraId="610331C0" w14:textId="77777777" w:rsidR="001B326E" w:rsidRDefault="008C488B">
            <w:r>
              <w:rPr>
                <w:color w:val="222222"/>
                <w:sz w:val="17"/>
              </w:rPr>
              <w:t>Address representation, ownership, consent, positionality and cultural context.</w:t>
            </w:r>
          </w:p>
        </w:tc>
      </w:tr>
      <w:tr w:rsidR="001B326E" w14:paraId="60B99C09" w14:textId="77777777">
        <w:trPr>
          <w:cantSplit/>
          <w:jc w:val="center"/>
        </w:trPr>
        <w:tc>
          <w:tcPr>
            <w:tcW w:w="3312" w:type="dxa"/>
          </w:tcPr>
          <w:p w14:paraId="40DD5CBD" w14:textId="77777777" w:rsidR="001B326E" w:rsidRDefault="008C488B">
            <w:r>
              <w:rPr>
                <w:b/>
                <w:color w:val="155F63"/>
                <w:sz w:val="17"/>
              </w:rPr>
              <w:t>Scholarly / Practice Significance</w:t>
            </w:r>
          </w:p>
        </w:tc>
        <w:tc>
          <w:tcPr>
            <w:tcW w:w="3312" w:type="dxa"/>
          </w:tcPr>
          <w:p w14:paraId="073B8A57" w14:textId="77777777" w:rsidR="001B326E" w:rsidRDefault="008C488B">
            <w:r>
              <w:rPr>
                <w:color w:val="222222"/>
                <w:sz w:val="17"/>
              </w:rPr>
              <w:t>Recommended</w:t>
            </w:r>
          </w:p>
        </w:tc>
        <w:tc>
          <w:tcPr>
            <w:tcW w:w="3312" w:type="dxa"/>
          </w:tcPr>
          <w:p w14:paraId="1236F09E" w14:textId="77777777" w:rsidR="001B326E" w:rsidRDefault="008C488B">
            <w:r>
              <w:rPr>
                <w:color w:val="222222"/>
                <w:sz w:val="17"/>
              </w:rPr>
              <w:t>Clarify the contribution to CAET's fields.</w:t>
            </w:r>
          </w:p>
        </w:tc>
      </w:tr>
      <w:tr w:rsidR="001B326E" w14:paraId="28BB0FA1" w14:textId="77777777">
        <w:trPr>
          <w:cantSplit/>
          <w:jc w:val="center"/>
        </w:trPr>
        <w:tc>
          <w:tcPr>
            <w:tcW w:w="3312" w:type="dxa"/>
          </w:tcPr>
          <w:p w14:paraId="4BA3FFC7" w14:textId="77777777" w:rsidR="001B326E" w:rsidRDefault="008C488B">
            <w:r>
              <w:rPr>
                <w:b/>
                <w:color w:val="155F63"/>
                <w:sz w:val="17"/>
              </w:rPr>
              <w:t>Closing Reflection</w:t>
            </w:r>
          </w:p>
        </w:tc>
        <w:tc>
          <w:tcPr>
            <w:tcW w:w="3312" w:type="dxa"/>
          </w:tcPr>
          <w:p w14:paraId="6D984E75" w14:textId="77777777" w:rsidR="001B326E" w:rsidRDefault="008C488B">
            <w:r>
              <w:rPr>
                <w:color w:val="222222"/>
                <w:sz w:val="17"/>
              </w:rPr>
              <w:t>Optional</w:t>
            </w:r>
          </w:p>
        </w:tc>
        <w:tc>
          <w:tcPr>
            <w:tcW w:w="3312" w:type="dxa"/>
          </w:tcPr>
          <w:p w14:paraId="0706BE31" w14:textId="77777777" w:rsidR="001B326E" w:rsidRDefault="008C488B">
            <w:r>
              <w:rPr>
                <w:color w:val="222222"/>
                <w:sz w:val="17"/>
              </w:rPr>
              <w:t>Use a form appropriate to the contribution.</w:t>
            </w:r>
          </w:p>
        </w:tc>
      </w:tr>
    </w:tbl>
    <w:p w14:paraId="2B536550" w14:textId="77777777" w:rsidR="001B326E" w:rsidRDefault="001B326E"/>
    <w:p w14:paraId="39626F07" w14:textId="77777777" w:rsidR="001B326E" w:rsidRDefault="008C488B">
      <w:pPr>
        <w:pStyle w:val="Heading2"/>
      </w:pPr>
      <w:r>
        <w:t>7. Book / Media Review</w:t>
      </w:r>
    </w:p>
    <w:p w14:paraId="104A2587" w14:textId="77777777" w:rsidR="001B326E" w:rsidRDefault="008C488B">
      <w:r>
        <w:rPr>
          <w:b/>
          <w:color w:val="167F83"/>
          <w:sz w:val="19"/>
        </w:rPr>
        <w:t>By invitation only | Suggested length: 1,000-2,000 words</w:t>
      </w:r>
    </w:p>
    <w:p w14:paraId="078E788C" w14:textId="77777777" w:rsidR="001B326E" w:rsidRDefault="008C488B">
      <w:pPr>
        <w:ind w:left="173"/>
      </w:pPr>
      <w:r>
        <w:rPr>
          <w:i/>
          <w:color w:val="6B6B6B"/>
          <w:sz w:val="19"/>
        </w:rPr>
        <w:t>For an invited conference, symposium or webinar report, an appropriate structure may be: Context and Purpose -&gt; Background -&gt; Key Contributions/Themes -&gt; Critical Reflection/Discussion -&gt; Significance for the Field -&gt; Concluding Thoughts.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91"/>
        <w:gridCol w:w="3200"/>
        <w:gridCol w:w="3204"/>
      </w:tblGrid>
      <w:tr w:rsidR="001B326E" w14:paraId="64FAAA65" w14:textId="77777777">
        <w:trPr>
          <w:cantSplit/>
          <w:jc w:val="center"/>
        </w:trPr>
        <w:tc>
          <w:tcPr>
            <w:tcW w:w="3312" w:type="dxa"/>
            <w:shd w:val="clear" w:color="auto" w:fill="167F83"/>
          </w:tcPr>
          <w:p w14:paraId="7FB357CA" w14:textId="77777777" w:rsidR="001B326E" w:rsidRDefault="008C488B">
            <w:r>
              <w:rPr>
                <w:b/>
                <w:color w:val="FFFFFF"/>
                <w:sz w:val="17"/>
              </w:rPr>
              <w:t>Section</w:t>
            </w:r>
          </w:p>
        </w:tc>
        <w:tc>
          <w:tcPr>
            <w:tcW w:w="3312" w:type="dxa"/>
            <w:shd w:val="clear" w:color="auto" w:fill="167F83"/>
          </w:tcPr>
          <w:p w14:paraId="1E3BE4C9" w14:textId="77777777" w:rsidR="001B326E" w:rsidRDefault="008C488B">
            <w:r>
              <w:rPr>
                <w:b/>
                <w:color w:val="FFFFFF"/>
                <w:sz w:val="17"/>
              </w:rPr>
              <w:t>Status</w:t>
            </w:r>
          </w:p>
        </w:tc>
        <w:tc>
          <w:tcPr>
            <w:tcW w:w="3312" w:type="dxa"/>
            <w:shd w:val="clear" w:color="auto" w:fill="167F83"/>
          </w:tcPr>
          <w:p w14:paraId="7AC4A4FE" w14:textId="77777777" w:rsidR="001B326E" w:rsidRDefault="008C488B">
            <w:r>
              <w:rPr>
                <w:b/>
                <w:color w:val="FFFFFF"/>
                <w:sz w:val="17"/>
              </w:rPr>
              <w:t>Purpose</w:t>
            </w:r>
          </w:p>
        </w:tc>
      </w:tr>
      <w:tr w:rsidR="001B326E" w14:paraId="37A28299" w14:textId="77777777">
        <w:trPr>
          <w:cantSplit/>
          <w:jc w:val="center"/>
        </w:trPr>
        <w:tc>
          <w:tcPr>
            <w:tcW w:w="3312" w:type="dxa"/>
          </w:tcPr>
          <w:p w14:paraId="7F67C3EC" w14:textId="77777777" w:rsidR="001B326E" w:rsidRDefault="008C488B">
            <w:r>
              <w:rPr>
                <w:b/>
                <w:color w:val="155F63"/>
                <w:sz w:val="17"/>
              </w:rPr>
              <w:t>Full Details of Work / Event</w:t>
            </w:r>
          </w:p>
        </w:tc>
        <w:tc>
          <w:tcPr>
            <w:tcW w:w="3312" w:type="dxa"/>
          </w:tcPr>
          <w:p w14:paraId="4AD42FC4" w14:textId="77777777" w:rsidR="001B326E" w:rsidRDefault="008C488B">
            <w:r>
              <w:rPr>
                <w:color w:val="222222"/>
                <w:sz w:val="17"/>
              </w:rPr>
              <w:t>Required</w:t>
            </w:r>
          </w:p>
        </w:tc>
        <w:tc>
          <w:tcPr>
            <w:tcW w:w="3312" w:type="dxa"/>
          </w:tcPr>
          <w:p w14:paraId="493955EF" w14:textId="77777777" w:rsidR="001B326E" w:rsidRDefault="008C488B">
            <w:r>
              <w:rPr>
                <w:color w:val="222222"/>
                <w:sz w:val="17"/>
              </w:rPr>
              <w:t>Provide bibliographic, production or event details as relevant.</w:t>
            </w:r>
          </w:p>
        </w:tc>
      </w:tr>
      <w:tr w:rsidR="001B326E" w14:paraId="0A73EEEB" w14:textId="77777777">
        <w:trPr>
          <w:cantSplit/>
          <w:jc w:val="center"/>
        </w:trPr>
        <w:tc>
          <w:tcPr>
            <w:tcW w:w="3312" w:type="dxa"/>
          </w:tcPr>
          <w:p w14:paraId="7078FA13" w14:textId="77777777" w:rsidR="001B326E" w:rsidRDefault="008C488B">
            <w:r>
              <w:rPr>
                <w:b/>
                <w:color w:val="155F63"/>
                <w:sz w:val="17"/>
              </w:rPr>
              <w:t>Introduction / Context</w:t>
            </w:r>
          </w:p>
        </w:tc>
        <w:tc>
          <w:tcPr>
            <w:tcW w:w="3312" w:type="dxa"/>
          </w:tcPr>
          <w:p w14:paraId="6C1EAA94" w14:textId="77777777" w:rsidR="001B326E" w:rsidRDefault="008C488B">
            <w:r>
              <w:rPr>
                <w:color w:val="222222"/>
                <w:sz w:val="17"/>
              </w:rPr>
              <w:t>Recommended</w:t>
            </w:r>
          </w:p>
        </w:tc>
        <w:tc>
          <w:tcPr>
            <w:tcW w:w="3312" w:type="dxa"/>
          </w:tcPr>
          <w:p w14:paraId="6F82DD62" w14:textId="77777777" w:rsidR="001B326E" w:rsidRDefault="008C488B">
            <w:r>
              <w:rPr>
                <w:color w:val="222222"/>
                <w:sz w:val="17"/>
              </w:rPr>
              <w:t>Situate the work or event.</w:t>
            </w:r>
          </w:p>
        </w:tc>
      </w:tr>
      <w:tr w:rsidR="001B326E" w14:paraId="3B3A9473" w14:textId="77777777">
        <w:trPr>
          <w:cantSplit/>
          <w:jc w:val="center"/>
        </w:trPr>
        <w:tc>
          <w:tcPr>
            <w:tcW w:w="3312" w:type="dxa"/>
          </w:tcPr>
          <w:p w14:paraId="1CA159A8" w14:textId="77777777" w:rsidR="001B326E" w:rsidRDefault="008C488B">
            <w:r>
              <w:rPr>
                <w:b/>
                <w:color w:val="155F63"/>
                <w:sz w:val="17"/>
              </w:rPr>
              <w:t>Overview</w:t>
            </w:r>
          </w:p>
        </w:tc>
        <w:tc>
          <w:tcPr>
            <w:tcW w:w="3312" w:type="dxa"/>
          </w:tcPr>
          <w:p w14:paraId="74F942EB" w14:textId="77777777" w:rsidR="001B326E" w:rsidRDefault="008C488B">
            <w:r>
              <w:rPr>
                <w:color w:val="222222"/>
                <w:sz w:val="17"/>
              </w:rPr>
              <w:t>Recommended</w:t>
            </w:r>
          </w:p>
        </w:tc>
        <w:tc>
          <w:tcPr>
            <w:tcW w:w="3312" w:type="dxa"/>
          </w:tcPr>
          <w:p w14:paraId="198916C0" w14:textId="77777777" w:rsidR="001B326E" w:rsidRDefault="008C488B">
            <w:r>
              <w:rPr>
                <w:color w:val="222222"/>
                <w:sz w:val="17"/>
              </w:rPr>
              <w:t>Give readers sufficient orientation without becoming merely descriptive.</w:t>
            </w:r>
          </w:p>
        </w:tc>
      </w:tr>
      <w:tr w:rsidR="001B326E" w14:paraId="0E5014F6" w14:textId="77777777">
        <w:trPr>
          <w:cantSplit/>
          <w:jc w:val="center"/>
        </w:trPr>
        <w:tc>
          <w:tcPr>
            <w:tcW w:w="3312" w:type="dxa"/>
          </w:tcPr>
          <w:p w14:paraId="515DCB4E" w14:textId="77777777" w:rsidR="001B326E" w:rsidRDefault="008C488B">
            <w:r>
              <w:rPr>
                <w:b/>
                <w:color w:val="155F63"/>
                <w:sz w:val="17"/>
              </w:rPr>
              <w:t>Critical Analysis and Reflection</w:t>
            </w:r>
          </w:p>
        </w:tc>
        <w:tc>
          <w:tcPr>
            <w:tcW w:w="3312" w:type="dxa"/>
          </w:tcPr>
          <w:p w14:paraId="164D4CC6" w14:textId="77777777" w:rsidR="001B326E" w:rsidRDefault="008C488B">
            <w:r>
              <w:rPr>
                <w:color w:val="222222"/>
                <w:sz w:val="17"/>
              </w:rPr>
              <w:t>Required</w:t>
            </w:r>
          </w:p>
        </w:tc>
        <w:tc>
          <w:tcPr>
            <w:tcW w:w="3312" w:type="dxa"/>
          </w:tcPr>
          <w:p w14:paraId="2E870ED0" w14:textId="77777777" w:rsidR="001B326E" w:rsidRDefault="008C488B">
            <w:r>
              <w:rPr>
                <w:color w:val="222222"/>
                <w:sz w:val="17"/>
              </w:rPr>
              <w:t>Evaluate ideas, contribution, experience or significance.</w:t>
            </w:r>
          </w:p>
        </w:tc>
      </w:tr>
      <w:tr w:rsidR="001B326E" w14:paraId="1918C50F" w14:textId="77777777">
        <w:trPr>
          <w:cantSplit/>
          <w:jc w:val="center"/>
        </w:trPr>
        <w:tc>
          <w:tcPr>
            <w:tcW w:w="3312" w:type="dxa"/>
          </w:tcPr>
          <w:p w14:paraId="3140DB37" w14:textId="77777777" w:rsidR="001B326E" w:rsidRDefault="008C488B">
            <w:r>
              <w:rPr>
                <w:b/>
                <w:color w:val="155F63"/>
                <w:sz w:val="17"/>
              </w:rPr>
              <w:t>Relevance to CAET's Fields</w:t>
            </w:r>
          </w:p>
        </w:tc>
        <w:tc>
          <w:tcPr>
            <w:tcW w:w="3312" w:type="dxa"/>
          </w:tcPr>
          <w:p w14:paraId="20268926" w14:textId="77777777" w:rsidR="001B326E" w:rsidRDefault="008C488B">
            <w:r>
              <w:rPr>
                <w:color w:val="222222"/>
                <w:sz w:val="17"/>
              </w:rPr>
              <w:t>Required</w:t>
            </w:r>
          </w:p>
        </w:tc>
        <w:tc>
          <w:tcPr>
            <w:tcW w:w="3312" w:type="dxa"/>
          </w:tcPr>
          <w:p w14:paraId="01684B2E" w14:textId="77777777" w:rsidR="001B326E" w:rsidRDefault="008C488B">
            <w:r>
              <w:rPr>
                <w:color w:val="222222"/>
                <w:sz w:val="17"/>
              </w:rPr>
              <w:t>Connect the review/report to creative arts therapy, education, arts in health, embodiment or interdisciplinary practice.</w:t>
            </w:r>
          </w:p>
        </w:tc>
      </w:tr>
      <w:tr w:rsidR="001B326E" w14:paraId="755EA3BD" w14:textId="77777777">
        <w:trPr>
          <w:cantSplit/>
          <w:jc w:val="center"/>
        </w:trPr>
        <w:tc>
          <w:tcPr>
            <w:tcW w:w="3312" w:type="dxa"/>
          </w:tcPr>
          <w:p w14:paraId="664C7D68" w14:textId="77777777" w:rsidR="001B326E" w:rsidRDefault="008C488B">
            <w:r>
              <w:rPr>
                <w:b/>
                <w:color w:val="155F63"/>
                <w:sz w:val="17"/>
              </w:rPr>
              <w:t>Strengths, Questions and/or Limitations</w:t>
            </w:r>
          </w:p>
        </w:tc>
        <w:tc>
          <w:tcPr>
            <w:tcW w:w="3312" w:type="dxa"/>
          </w:tcPr>
          <w:p w14:paraId="1F73E386" w14:textId="77777777" w:rsidR="001B326E" w:rsidRDefault="008C488B">
            <w:r>
              <w:rPr>
                <w:color w:val="222222"/>
                <w:sz w:val="17"/>
              </w:rPr>
              <w:t>Recommended</w:t>
            </w:r>
          </w:p>
        </w:tc>
        <w:tc>
          <w:tcPr>
            <w:tcW w:w="3312" w:type="dxa"/>
          </w:tcPr>
          <w:p w14:paraId="3BEC5AA8" w14:textId="77777777" w:rsidR="001B326E" w:rsidRDefault="008C488B">
            <w:r>
              <w:rPr>
                <w:color w:val="222222"/>
                <w:sz w:val="17"/>
              </w:rPr>
              <w:t>Offer a balanced critical perspective.</w:t>
            </w:r>
          </w:p>
        </w:tc>
      </w:tr>
      <w:tr w:rsidR="001B326E" w14:paraId="353DB7B3" w14:textId="77777777">
        <w:trPr>
          <w:cantSplit/>
          <w:jc w:val="center"/>
        </w:trPr>
        <w:tc>
          <w:tcPr>
            <w:tcW w:w="3312" w:type="dxa"/>
          </w:tcPr>
          <w:p w14:paraId="4ABC7927" w14:textId="77777777" w:rsidR="001B326E" w:rsidRDefault="008C488B">
            <w:r>
              <w:rPr>
                <w:b/>
                <w:color w:val="155F63"/>
                <w:sz w:val="17"/>
              </w:rPr>
              <w:t>Conclusion</w:t>
            </w:r>
          </w:p>
        </w:tc>
        <w:tc>
          <w:tcPr>
            <w:tcW w:w="3312" w:type="dxa"/>
          </w:tcPr>
          <w:p w14:paraId="3B80B1CC" w14:textId="77777777" w:rsidR="001B326E" w:rsidRDefault="008C488B">
            <w:r>
              <w:rPr>
                <w:color w:val="222222"/>
                <w:sz w:val="17"/>
              </w:rPr>
              <w:t>Recommended</w:t>
            </w:r>
          </w:p>
        </w:tc>
        <w:tc>
          <w:tcPr>
            <w:tcW w:w="3312" w:type="dxa"/>
          </w:tcPr>
          <w:p w14:paraId="5331B6C6" w14:textId="77777777" w:rsidR="001B326E" w:rsidRDefault="008C488B">
            <w:r>
              <w:rPr>
                <w:color w:val="222222"/>
                <w:sz w:val="17"/>
              </w:rPr>
              <w:t>Summarize significance.</w:t>
            </w:r>
          </w:p>
        </w:tc>
      </w:tr>
    </w:tbl>
    <w:p w14:paraId="1BBD2BD7" w14:textId="77777777" w:rsidR="001B326E" w:rsidRDefault="001B326E"/>
    <w:p w14:paraId="43479A77" w14:textId="77777777" w:rsidR="001B326E" w:rsidRDefault="008C488B">
      <w:pPr>
        <w:pStyle w:val="Heading2"/>
      </w:pPr>
      <w:r>
        <w:t>8. Editorial / Invited Contribution</w:t>
      </w:r>
    </w:p>
    <w:p w14:paraId="2CFDAC63" w14:textId="77777777" w:rsidR="001B326E" w:rsidRDefault="008C488B">
      <w:r>
        <w:rPr>
          <w:b/>
          <w:color w:val="167F83"/>
          <w:sz w:val="19"/>
        </w:rPr>
        <w:t>By invitation / commission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99"/>
        <w:gridCol w:w="3183"/>
        <w:gridCol w:w="3213"/>
      </w:tblGrid>
      <w:tr w:rsidR="001B326E" w14:paraId="2B521530" w14:textId="77777777">
        <w:trPr>
          <w:cantSplit/>
          <w:jc w:val="center"/>
        </w:trPr>
        <w:tc>
          <w:tcPr>
            <w:tcW w:w="3312" w:type="dxa"/>
            <w:shd w:val="clear" w:color="auto" w:fill="167F83"/>
          </w:tcPr>
          <w:p w14:paraId="1ACB0DAF" w14:textId="77777777" w:rsidR="001B326E" w:rsidRDefault="008C488B">
            <w:r>
              <w:rPr>
                <w:b/>
                <w:color w:val="FFFFFF"/>
                <w:sz w:val="17"/>
              </w:rPr>
              <w:t>Section</w:t>
            </w:r>
          </w:p>
        </w:tc>
        <w:tc>
          <w:tcPr>
            <w:tcW w:w="3312" w:type="dxa"/>
            <w:shd w:val="clear" w:color="auto" w:fill="167F83"/>
          </w:tcPr>
          <w:p w14:paraId="7AD8C37E" w14:textId="77777777" w:rsidR="001B326E" w:rsidRDefault="008C488B">
            <w:r>
              <w:rPr>
                <w:b/>
                <w:color w:val="FFFFFF"/>
                <w:sz w:val="17"/>
              </w:rPr>
              <w:t>Status</w:t>
            </w:r>
          </w:p>
        </w:tc>
        <w:tc>
          <w:tcPr>
            <w:tcW w:w="3312" w:type="dxa"/>
            <w:shd w:val="clear" w:color="auto" w:fill="167F83"/>
          </w:tcPr>
          <w:p w14:paraId="68D0BF91" w14:textId="77777777" w:rsidR="001B326E" w:rsidRDefault="008C488B">
            <w:r>
              <w:rPr>
                <w:b/>
                <w:color w:val="FFFFFF"/>
                <w:sz w:val="17"/>
              </w:rPr>
              <w:t>Purpose</w:t>
            </w:r>
          </w:p>
        </w:tc>
      </w:tr>
      <w:tr w:rsidR="001B326E" w14:paraId="4C22A396" w14:textId="77777777">
        <w:trPr>
          <w:cantSplit/>
          <w:jc w:val="center"/>
        </w:trPr>
        <w:tc>
          <w:tcPr>
            <w:tcW w:w="3312" w:type="dxa"/>
          </w:tcPr>
          <w:p w14:paraId="0703A16A" w14:textId="77777777" w:rsidR="001B326E" w:rsidRDefault="008C488B">
            <w:r>
              <w:rPr>
                <w:b/>
                <w:color w:val="155F63"/>
                <w:sz w:val="17"/>
              </w:rPr>
              <w:t>Structure</w:t>
            </w:r>
          </w:p>
        </w:tc>
        <w:tc>
          <w:tcPr>
            <w:tcW w:w="3312" w:type="dxa"/>
          </w:tcPr>
          <w:p w14:paraId="31542438" w14:textId="77777777" w:rsidR="001B326E" w:rsidRDefault="008C488B">
            <w:r>
              <w:rPr>
                <w:color w:val="222222"/>
                <w:sz w:val="17"/>
              </w:rPr>
              <w:t>Flexible</w:t>
            </w:r>
          </w:p>
        </w:tc>
        <w:tc>
          <w:tcPr>
            <w:tcW w:w="3312" w:type="dxa"/>
          </w:tcPr>
          <w:p w14:paraId="03FE417A" w14:textId="77777777" w:rsidR="001B326E" w:rsidRDefault="008C488B">
            <w:r>
              <w:rPr>
                <w:color w:val="222222"/>
                <w:sz w:val="17"/>
              </w:rPr>
              <w:t>Use a structure appropriate to the commissioned contribution and follow guidance from the Editor or Guest Editor.</w:t>
            </w:r>
          </w:p>
        </w:tc>
      </w:tr>
      <w:tr w:rsidR="001B326E" w14:paraId="0E064662" w14:textId="77777777">
        <w:trPr>
          <w:cantSplit/>
          <w:jc w:val="center"/>
        </w:trPr>
        <w:tc>
          <w:tcPr>
            <w:tcW w:w="3312" w:type="dxa"/>
          </w:tcPr>
          <w:p w14:paraId="67EA8928" w14:textId="77777777" w:rsidR="001B326E" w:rsidRDefault="008C488B">
            <w:r>
              <w:rPr>
                <w:b/>
                <w:color w:val="155F63"/>
                <w:sz w:val="17"/>
              </w:rPr>
              <w:t>Editorial</w:t>
            </w:r>
          </w:p>
        </w:tc>
        <w:tc>
          <w:tcPr>
            <w:tcW w:w="3312" w:type="dxa"/>
          </w:tcPr>
          <w:p w14:paraId="2B9CB14E" w14:textId="77777777" w:rsidR="001B326E" w:rsidRDefault="008C488B">
            <w:r>
              <w:rPr>
                <w:color w:val="222222"/>
                <w:sz w:val="17"/>
              </w:rPr>
              <w:t>Example</w:t>
            </w:r>
          </w:p>
        </w:tc>
        <w:tc>
          <w:tcPr>
            <w:tcW w:w="3312" w:type="dxa"/>
          </w:tcPr>
          <w:p w14:paraId="354AB4C9" w14:textId="77777777" w:rsidR="001B326E" w:rsidRDefault="008C488B">
            <w:r>
              <w:rPr>
                <w:color w:val="222222"/>
                <w:sz w:val="17"/>
              </w:rPr>
              <w:t>Context -&gt; key issue(s) -&gt; perspective -&gt; implications / looking ahead.</w:t>
            </w:r>
          </w:p>
        </w:tc>
      </w:tr>
      <w:tr w:rsidR="001B326E" w14:paraId="07E63F9D" w14:textId="77777777">
        <w:trPr>
          <w:cantSplit/>
          <w:jc w:val="center"/>
        </w:trPr>
        <w:tc>
          <w:tcPr>
            <w:tcW w:w="3312" w:type="dxa"/>
          </w:tcPr>
          <w:p w14:paraId="21C6DC65" w14:textId="77777777" w:rsidR="001B326E" w:rsidRDefault="008C488B">
            <w:r>
              <w:rPr>
                <w:b/>
                <w:color w:val="155F63"/>
                <w:sz w:val="17"/>
              </w:rPr>
              <w:t>Interview / Dialogue</w:t>
            </w:r>
          </w:p>
        </w:tc>
        <w:tc>
          <w:tcPr>
            <w:tcW w:w="3312" w:type="dxa"/>
          </w:tcPr>
          <w:p w14:paraId="6501CA68" w14:textId="77777777" w:rsidR="001B326E" w:rsidRDefault="008C488B">
            <w:r>
              <w:rPr>
                <w:color w:val="222222"/>
                <w:sz w:val="17"/>
              </w:rPr>
              <w:t>Example</w:t>
            </w:r>
          </w:p>
        </w:tc>
        <w:tc>
          <w:tcPr>
            <w:tcW w:w="3312" w:type="dxa"/>
          </w:tcPr>
          <w:p w14:paraId="10BEEF12" w14:textId="77777777" w:rsidR="001B326E" w:rsidRDefault="008C488B">
            <w:r>
              <w:rPr>
                <w:color w:val="222222"/>
                <w:sz w:val="17"/>
              </w:rPr>
              <w:t>Introduction -&gt; participant(s) -&gt; edited dialogue -&gt; closing reflection.</w:t>
            </w:r>
          </w:p>
        </w:tc>
      </w:tr>
      <w:tr w:rsidR="001B326E" w14:paraId="7E037F6E" w14:textId="77777777">
        <w:trPr>
          <w:cantSplit/>
          <w:jc w:val="center"/>
        </w:trPr>
        <w:tc>
          <w:tcPr>
            <w:tcW w:w="3312" w:type="dxa"/>
          </w:tcPr>
          <w:p w14:paraId="272314BF" w14:textId="77777777" w:rsidR="001B326E" w:rsidRDefault="008C488B">
            <w:r>
              <w:rPr>
                <w:b/>
                <w:color w:val="155F63"/>
                <w:sz w:val="17"/>
              </w:rPr>
              <w:t>Keynote Reflection</w:t>
            </w:r>
          </w:p>
        </w:tc>
        <w:tc>
          <w:tcPr>
            <w:tcW w:w="3312" w:type="dxa"/>
          </w:tcPr>
          <w:p w14:paraId="07DFAB66" w14:textId="77777777" w:rsidR="001B326E" w:rsidRDefault="008C488B">
            <w:r>
              <w:rPr>
                <w:color w:val="222222"/>
                <w:sz w:val="17"/>
              </w:rPr>
              <w:t>Example</w:t>
            </w:r>
          </w:p>
        </w:tc>
        <w:tc>
          <w:tcPr>
            <w:tcW w:w="3312" w:type="dxa"/>
          </w:tcPr>
          <w:p w14:paraId="2ABF0A86" w14:textId="77777777" w:rsidR="001B326E" w:rsidRDefault="008C488B">
            <w:r>
              <w:rPr>
                <w:color w:val="222222"/>
                <w:sz w:val="17"/>
              </w:rPr>
              <w:t>Context -&gt; central themes -&gt; reflective development -&gt; implications.</w:t>
            </w:r>
          </w:p>
        </w:tc>
      </w:tr>
      <w:tr w:rsidR="001B326E" w14:paraId="30CFD1EE" w14:textId="77777777">
        <w:trPr>
          <w:cantSplit/>
          <w:jc w:val="center"/>
        </w:trPr>
        <w:tc>
          <w:tcPr>
            <w:tcW w:w="3312" w:type="dxa"/>
          </w:tcPr>
          <w:p w14:paraId="673CAD79" w14:textId="77777777" w:rsidR="001B326E" w:rsidRDefault="008C488B">
            <w:r>
              <w:rPr>
                <w:b/>
                <w:color w:val="155F63"/>
                <w:sz w:val="17"/>
              </w:rPr>
              <w:t>Special Issue Introduction</w:t>
            </w:r>
          </w:p>
        </w:tc>
        <w:tc>
          <w:tcPr>
            <w:tcW w:w="3312" w:type="dxa"/>
          </w:tcPr>
          <w:p w14:paraId="1DD7E761" w14:textId="77777777" w:rsidR="001B326E" w:rsidRDefault="008C488B">
            <w:r>
              <w:rPr>
                <w:color w:val="222222"/>
                <w:sz w:val="17"/>
              </w:rPr>
              <w:t>Example</w:t>
            </w:r>
          </w:p>
        </w:tc>
        <w:tc>
          <w:tcPr>
            <w:tcW w:w="3312" w:type="dxa"/>
          </w:tcPr>
          <w:p w14:paraId="7ED447B4" w14:textId="77777777" w:rsidR="001B326E" w:rsidRDefault="008C488B">
            <w:r>
              <w:rPr>
                <w:color w:val="222222"/>
                <w:sz w:val="17"/>
              </w:rPr>
              <w:t>Context -&gt; theme/rationale -&gt; overview of contributions -&gt; connections -&gt; future directions.</w:t>
            </w:r>
          </w:p>
        </w:tc>
      </w:tr>
    </w:tbl>
    <w:p w14:paraId="2FB575F2" w14:textId="77777777" w:rsidR="001B326E" w:rsidRDefault="001B326E"/>
    <w:p w14:paraId="5F7AA0A0" w14:textId="77777777" w:rsidR="001B326E" w:rsidRDefault="008C488B">
      <w:r>
        <w:br w:type="page"/>
      </w:r>
    </w:p>
    <w:p w14:paraId="7E71008C" w14:textId="77777777" w:rsidR="001B326E" w:rsidRDefault="008C488B">
      <w:pPr>
        <w:pStyle w:val="Heading1"/>
      </w:pPr>
      <w:r>
        <w:lastRenderedPageBreak/>
        <w:t>PART IV  |  COMMON END MATTER</w:t>
      </w:r>
    </w:p>
    <w:p w14:paraId="502F06AD" w14:textId="77777777" w:rsidR="001B326E" w:rsidRDefault="008C488B">
      <w:pPr>
        <w:ind w:left="173"/>
      </w:pPr>
      <w:r>
        <w:rPr>
          <w:i/>
          <w:color w:val="6B6B6B"/>
          <w:sz w:val="19"/>
        </w:rPr>
        <w:t>Include the following sections as applicable. During double-blind review, identifying acknowledgements may be withheld and added after acceptance.</w:t>
      </w:r>
    </w:p>
    <w:p w14:paraId="371FF297" w14:textId="77777777" w:rsidR="001B326E" w:rsidRDefault="008C488B">
      <w:pPr>
        <w:pStyle w:val="Heading2"/>
      </w:pPr>
      <w:r>
        <w:t>Acknowledgements</w:t>
      </w:r>
    </w:p>
    <w:p w14:paraId="5FAA593B" w14:textId="77777777" w:rsidR="001B326E" w:rsidRDefault="008C488B">
      <w:pPr>
        <w:ind w:left="173"/>
      </w:pPr>
      <w:r>
        <w:rPr>
          <w:i/>
          <w:color w:val="6B6B6B"/>
          <w:sz w:val="19"/>
        </w:rPr>
        <w:t>Acknowledge funding sources, institutional support, or contributions from non-authors as appropriate.</w:t>
      </w:r>
    </w:p>
    <w:p w14:paraId="252E0620" w14:textId="77777777" w:rsidR="001B326E" w:rsidRDefault="008C488B">
      <w:pPr>
        <w:spacing w:after="160"/>
      </w:pPr>
      <w:r>
        <w:rPr>
          <w:i/>
          <w:color w:val="8A8A8A"/>
        </w:rPr>
        <w:t>[Insert text here]</w:t>
      </w:r>
    </w:p>
    <w:p w14:paraId="71ADBD5C" w14:textId="77777777" w:rsidR="001B326E" w:rsidRDefault="008C488B">
      <w:pPr>
        <w:pStyle w:val="Heading2"/>
      </w:pPr>
      <w:r>
        <w:t>Funding</w:t>
      </w:r>
    </w:p>
    <w:p w14:paraId="3146540E" w14:textId="77777777" w:rsidR="001B326E" w:rsidRDefault="008C488B">
      <w:pPr>
        <w:ind w:left="173"/>
      </w:pPr>
      <w:r>
        <w:rPr>
          <w:i/>
          <w:color w:val="6B6B6B"/>
          <w:sz w:val="19"/>
        </w:rPr>
        <w:t>Identify financial support where applicable.</w:t>
      </w:r>
    </w:p>
    <w:p w14:paraId="72136AA2" w14:textId="77777777" w:rsidR="001B326E" w:rsidRDefault="008C488B">
      <w:pPr>
        <w:spacing w:after="160"/>
      </w:pPr>
      <w:r>
        <w:rPr>
          <w:i/>
          <w:color w:val="8A8A8A"/>
        </w:rPr>
        <w:t>[Insert text here]</w:t>
      </w:r>
    </w:p>
    <w:p w14:paraId="6DEEC8FA" w14:textId="77777777" w:rsidR="001B326E" w:rsidRDefault="008C488B">
      <w:pPr>
        <w:pStyle w:val="Heading2"/>
      </w:pPr>
      <w:r>
        <w:t>Ethics Statement</w:t>
      </w:r>
    </w:p>
    <w:p w14:paraId="7CA11009" w14:textId="77777777" w:rsidR="001B326E" w:rsidRDefault="008C488B">
      <w:pPr>
        <w:ind w:left="173"/>
      </w:pPr>
      <w:r>
        <w:rPr>
          <w:i/>
          <w:color w:val="6B6B6B"/>
          <w:sz w:val="19"/>
        </w:rPr>
        <w:t>For work involving human participants or ethically sensitive practice, provide ethical review/approval information where required and describe relevant ethical responsibility.</w:t>
      </w:r>
    </w:p>
    <w:p w14:paraId="49F114CB" w14:textId="77777777" w:rsidR="001B326E" w:rsidRDefault="008C488B">
      <w:pPr>
        <w:spacing w:after="160"/>
      </w:pPr>
      <w:r>
        <w:rPr>
          <w:i/>
          <w:color w:val="8A8A8A"/>
        </w:rPr>
        <w:t>[Insert text here]</w:t>
      </w:r>
    </w:p>
    <w:p w14:paraId="0B3C1B49" w14:textId="59DC6D1A" w:rsidR="00E25294" w:rsidRPr="007862C1" w:rsidRDefault="00E25294">
      <w:pPr>
        <w:pStyle w:val="Heading2"/>
        <w:rPr>
          <w:rFonts w:eastAsia="宋体"/>
          <w:b w:val="0"/>
          <w:bCs w:val="0"/>
          <w:lang w:eastAsia="zh-CN"/>
        </w:rPr>
      </w:pPr>
      <w:r w:rsidRPr="007862C1">
        <w:rPr>
          <w:rFonts w:eastAsia="宋体" w:hint="eastAsia"/>
          <w:b w:val="0"/>
          <w:bCs w:val="0"/>
          <w:lang w:eastAsia="zh-CN"/>
        </w:rPr>
        <w:t xml:space="preserve">Special </w:t>
      </w:r>
      <w:r w:rsidR="007862C1" w:rsidRPr="007862C1">
        <w:rPr>
          <w:rFonts w:eastAsia="宋体" w:hint="eastAsia"/>
          <w:b w:val="0"/>
          <w:bCs w:val="0"/>
          <w:lang w:eastAsia="zh-CN"/>
        </w:rPr>
        <w:t>notes for</w:t>
      </w:r>
      <w:r w:rsidR="008E20C6">
        <w:rPr>
          <w:rFonts w:eastAsia="宋体" w:hint="eastAsia"/>
          <w:b w:val="0"/>
          <w:bCs w:val="0"/>
          <w:lang w:eastAsia="zh-CN"/>
        </w:rPr>
        <w:t xml:space="preserve"> thesis-based submission</w:t>
      </w:r>
      <w:r w:rsidR="007862C1" w:rsidRPr="007862C1">
        <w:rPr>
          <w:rFonts w:eastAsia="宋体" w:hint="eastAsia"/>
          <w:b w:val="0"/>
          <w:bCs w:val="0"/>
          <w:lang w:eastAsia="zh-CN"/>
        </w:rPr>
        <w:t xml:space="preserve"> </w:t>
      </w:r>
    </w:p>
    <w:p w14:paraId="253832AA" w14:textId="6F6106AA" w:rsidR="007862C1" w:rsidRPr="007862C1" w:rsidRDefault="007862C1" w:rsidP="007862C1">
      <w:pPr>
        <w:rPr>
          <w:rFonts w:hint="eastAsia"/>
          <w:i/>
          <w:color w:val="6B6B6B"/>
          <w:sz w:val="19"/>
        </w:rPr>
      </w:pPr>
      <w:r w:rsidRPr="007862C1">
        <w:rPr>
          <w:i/>
          <w:color w:val="6B6B6B"/>
          <w:sz w:val="19"/>
        </w:rPr>
        <w:t>This article is based on the author’s [master’s/doctoral] [thesis/dissertation</w:t>
      </w:r>
      <w:proofErr w:type="gramStart"/>
      <w:r w:rsidRPr="007862C1">
        <w:rPr>
          <w:i/>
          <w:color w:val="6B6B6B"/>
          <w:sz w:val="19"/>
        </w:rPr>
        <w:t>], “</w:t>
      </w:r>
      <w:proofErr w:type="gramEnd"/>
      <w:r w:rsidRPr="007862C1">
        <w:rPr>
          <w:i/>
          <w:color w:val="6B6B6B"/>
          <w:sz w:val="19"/>
        </w:rPr>
        <w:t>[</w:t>
      </w:r>
      <w:proofErr w:type="gramStart"/>
      <w:r w:rsidRPr="007862C1">
        <w:rPr>
          <w:i/>
          <w:color w:val="6B6B6B"/>
          <w:sz w:val="19"/>
        </w:rPr>
        <w:t>Title]” (</w:t>
      </w:r>
      <w:proofErr w:type="gramEnd"/>
      <w:r w:rsidRPr="007862C1">
        <w:rPr>
          <w:i/>
          <w:color w:val="6B6B6B"/>
          <w:sz w:val="19"/>
        </w:rPr>
        <w:t>[Institution], [year]), available at [repository link]. The study was supervised by [name]. Ethical approval was granted by [committee, reference number], and [consent/assent] was obtained from all participants. The author declares [no/the following] competing interests.</w:t>
      </w:r>
    </w:p>
    <w:p w14:paraId="40B77C66" w14:textId="64EA4A95" w:rsidR="001B326E" w:rsidRDefault="008C488B">
      <w:pPr>
        <w:pStyle w:val="Heading2"/>
      </w:pPr>
      <w:r>
        <w:t>Informed Consent / Permission</w:t>
      </w:r>
    </w:p>
    <w:p w14:paraId="5A2C27ED" w14:textId="77777777" w:rsidR="001B326E" w:rsidRDefault="008C488B">
      <w:pPr>
        <w:ind w:left="173"/>
      </w:pPr>
      <w:r>
        <w:rPr>
          <w:i/>
          <w:color w:val="6B6B6B"/>
          <w:sz w:val="19"/>
        </w:rPr>
        <w:t>Address consent where identifiable individuals, clinical/case material, photographs, artworks, performances, movement documentation or other participant-related material is presented.</w:t>
      </w:r>
    </w:p>
    <w:p w14:paraId="6B0484E3" w14:textId="77777777" w:rsidR="001B326E" w:rsidRDefault="008C488B">
      <w:pPr>
        <w:spacing w:after="160"/>
      </w:pPr>
      <w:r>
        <w:rPr>
          <w:i/>
          <w:color w:val="8A8A8A"/>
        </w:rPr>
        <w:t>[Insert text here]</w:t>
      </w:r>
    </w:p>
    <w:p w14:paraId="276AF7D8" w14:textId="77777777" w:rsidR="001B326E" w:rsidRDefault="008C488B">
      <w:pPr>
        <w:pStyle w:val="Heading2"/>
      </w:pPr>
      <w:r>
        <w:t>AI Use Disclosure</w:t>
      </w:r>
    </w:p>
    <w:p w14:paraId="4DB2EB37" w14:textId="77777777" w:rsidR="001B326E" w:rsidRDefault="008C488B">
      <w:pPr>
        <w:ind w:left="173"/>
      </w:pPr>
      <w:r>
        <w:rPr>
          <w:i/>
          <w:color w:val="6B6B6B"/>
          <w:sz w:val="19"/>
        </w:rPr>
        <w:t>Disclose use of AI tools in writing, data analysis, image generation, research synthesis or other aspects of the work. AI tools cannot be listed as authors.</w:t>
      </w:r>
    </w:p>
    <w:p w14:paraId="63F67D56" w14:textId="77777777" w:rsidR="001B326E" w:rsidRDefault="008C488B">
      <w:pPr>
        <w:spacing w:after="160"/>
      </w:pPr>
      <w:r>
        <w:rPr>
          <w:i/>
          <w:color w:val="8A8A8A"/>
        </w:rPr>
        <w:t>[Insert text here]</w:t>
      </w:r>
    </w:p>
    <w:p w14:paraId="02333CB7" w14:textId="77777777" w:rsidR="001B326E" w:rsidRDefault="008C488B">
      <w:pPr>
        <w:pStyle w:val="Heading2"/>
      </w:pPr>
      <w:r>
        <w:t>Conflict of Interest</w:t>
      </w:r>
    </w:p>
    <w:p w14:paraId="02ACDE40" w14:textId="77777777" w:rsidR="001B326E" w:rsidRDefault="008C488B">
      <w:pPr>
        <w:ind w:left="173"/>
      </w:pPr>
      <w:r>
        <w:rPr>
          <w:i/>
          <w:color w:val="6B6B6B"/>
          <w:sz w:val="19"/>
        </w:rPr>
        <w:t>Disclose any financial, institutional, personal or professional relationship that may be perceived to influence the work.</w:t>
      </w:r>
    </w:p>
    <w:p w14:paraId="3CD6DF58" w14:textId="77777777" w:rsidR="001B326E" w:rsidRDefault="008C488B">
      <w:pPr>
        <w:spacing w:after="160"/>
      </w:pPr>
      <w:r>
        <w:rPr>
          <w:i/>
          <w:color w:val="8A8A8A"/>
        </w:rPr>
        <w:t>[Insert text here]</w:t>
      </w:r>
    </w:p>
    <w:p w14:paraId="1A43163F" w14:textId="77777777" w:rsidR="001B326E" w:rsidRDefault="008C488B">
      <w:pPr>
        <w:pStyle w:val="Heading2"/>
      </w:pPr>
      <w:r>
        <w:t>Data Availability</w:t>
      </w:r>
    </w:p>
    <w:p w14:paraId="1AB93493" w14:textId="77777777" w:rsidR="001B326E" w:rsidRDefault="008C488B">
      <w:pPr>
        <w:ind w:left="173"/>
      </w:pPr>
      <w:r>
        <w:rPr>
          <w:i/>
          <w:color w:val="6B6B6B"/>
          <w:sz w:val="19"/>
        </w:rPr>
        <w:t>Where applicable, state whether and how supporting data or materials may be accessed.</w:t>
      </w:r>
    </w:p>
    <w:p w14:paraId="4E229C08" w14:textId="77777777" w:rsidR="001B326E" w:rsidRDefault="008C488B">
      <w:pPr>
        <w:spacing w:after="160"/>
      </w:pPr>
      <w:r>
        <w:rPr>
          <w:i/>
          <w:color w:val="8A8A8A"/>
        </w:rPr>
        <w:t>[Insert text here]</w:t>
      </w:r>
    </w:p>
    <w:p w14:paraId="20C8B454" w14:textId="77777777" w:rsidR="001B326E" w:rsidRDefault="008C488B">
      <w:pPr>
        <w:pStyle w:val="Heading2"/>
      </w:pPr>
      <w:r>
        <w:t>Author Biographies</w:t>
      </w:r>
    </w:p>
    <w:p w14:paraId="4EBAB0B0" w14:textId="77777777" w:rsidR="001B326E" w:rsidRDefault="008C488B">
      <w:pPr>
        <w:ind w:left="173"/>
      </w:pPr>
      <w:r>
        <w:rPr>
          <w:i/>
          <w:color w:val="6B6B6B"/>
          <w:sz w:val="19"/>
        </w:rPr>
        <w:t>Provide 50-100 words for each author. Keep these on the separate Title Page for initial double-blind submission.</w:t>
      </w:r>
    </w:p>
    <w:p w14:paraId="6B19364A" w14:textId="77777777" w:rsidR="001B326E" w:rsidRDefault="008C488B">
      <w:pPr>
        <w:spacing w:after="160"/>
      </w:pPr>
      <w:r>
        <w:rPr>
          <w:i/>
          <w:color w:val="8A8A8A"/>
        </w:rPr>
        <w:t>[Insert text here]</w:t>
      </w:r>
    </w:p>
    <w:p w14:paraId="4144935E" w14:textId="77777777" w:rsidR="001B326E" w:rsidRDefault="008C488B">
      <w:pPr>
        <w:pStyle w:val="Heading2"/>
      </w:pPr>
      <w:r>
        <w:t>References</w:t>
      </w:r>
    </w:p>
    <w:p w14:paraId="7ED658EF" w14:textId="77777777" w:rsidR="001B326E" w:rsidRDefault="008C488B">
      <w:pPr>
        <w:ind w:left="173"/>
      </w:pPr>
      <w:r>
        <w:rPr>
          <w:i/>
          <w:color w:val="6B6B6B"/>
          <w:sz w:val="19"/>
        </w:rPr>
        <w:t>Use APA 7th edition consistently. Include DOI where available.</w:t>
      </w:r>
    </w:p>
    <w:p w14:paraId="001EB639" w14:textId="77777777" w:rsidR="001B326E" w:rsidRDefault="008C488B">
      <w:pPr>
        <w:spacing w:after="160"/>
      </w:pPr>
      <w:r>
        <w:rPr>
          <w:i/>
          <w:color w:val="8A8A8A"/>
        </w:rPr>
        <w:t>[Insert text here]</w:t>
      </w:r>
    </w:p>
    <w:p w14:paraId="354163AD" w14:textId="77777777" w:rsidR="001B326E" w:rsidRDefault="008C488B">
      <w:pPr>
        <w:pStyle w:val="Heading1"/>
      </w:pPr>
      <w:r>
        <w:lastRenderedPageBreak/>
        <w:t>Figures, Tables &amp; Creative / Media Material</w:t>
      </w:r>
    </w:p>
    <w:p w14:paraId="2899BBD1" w14:textId="77777777" w:rsidR="001B326E" w:rsidRDefault="008C488B">
      <w:pPr>
        <w:ind w:left="173"/>
      </w:pPr>
      <w:r>
        <w:rPr>
          <w:i/>
          <w:color w:val="6B6B6B"/>
          <w:sz w:val="19"/>
        </w:rPr>
        <w:t>Clearly label every figure and table, refer to it in the text, and provide high-resolution files. Authors are responsible for permissions, attribution, copyright, privacy and consent requirements.</w:t>
      </w:r>
    </w:p>
    <w:p w14:paraId="2CC70C3B" w14:textId="77777777" w:rsidR="001B326E" w:rsidRDefault="008C488B">
      <w:r>
        <w:rPr>
          <w:i/>
          <w:color w:val="6B6B6B"/>
          <w:sz w:val="20"/>
        </w:rPr>
        <w:t>[Insert Figure 1 approximately here]</w:t>
      </w:r>
    </w:p>
    <w:p w14:paraId="6B2CFBF6" w14:textId="77777777" w:rsidR="001B326E" w:rsidRDefault="008C488B">
      <w:r>
        <w:rPr>
          <w:b/>
          <w:sz w:val="19"/>
        </w:rPr>
        <w:t xml:space="preserve">Figure 1. </w:t>
      </w:r>
      <w:r>
        <w:rPr>
          <w:sz w:val="19"/>
        </w:rPr>
        <w:t>Descriptive title/caption. Include creator, date, source and permission statement where relevant.</w:t>
      </w:r>
    </w:p>
    <w:p w14:paraId="37CB05FA" w14:textId="77777777" w:rsidR="001B326E" w:rsidRDefault="008C488B">
      <w:r>
        <w:rPr>
          <w:i/>
          <w:color w:val="6B6B6B"/>
          <w:sz w:val="20"/>
        </w:rPr>
        <w:t>[Insert Table 1 approximately here]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99"/>
        <w:gridCol w:w="3198"/>
        <w:gridCol w:w="3198"/>
      </w:tblGrid>
      <w:tr w:rsidR="001B326E" w14:paraId="266AAEA1" w14:textId="77777777">
        <w:trPr>
          <w:cantSplit/>
          <w:jc w:val="center"/>
        </w:trPr>
        <w:tc>
          <w:tcPr>
            <w:tcW w:w="3312" w:type="dxa"/>
            <w:shd w:val="clear" w:color="auto" w:fill="EAF5F4"/>
          </w:tcPr>
          <w:p w14:paraId="02B11A2C" w14:textId="77777777" w:rsidR="001B326E" w:rsidRDefault="008C488B">
            <w:r>
              <w:rPr>
                <w:b/>
                <w:color w:val="155F63"/>
                <w:sz w:val="17"/>
              </w:rPr>
              <w:t>Column heading</w:t>
            </w:r>
          </w:p>
        </w:tc>
        <w:tc>
          <w:tcPr>
            <w:tcW w:w="3312" w:type="dxa"/>
            <w:shd w:val="clear" w:color="auto" w:fill="EAF5F4"/>
          </w:tcPr>
          <w:p w14:paraId="5F45AEFF" w14:textId="77777777" w:rsidR="001B326E" w:rsidRDefault="008C488B">
            <w:r>
              <w:rPr>
                <w:b/>
                <w:color w:val="155F63"/>
                <w:sz w:val="17"/>
              </w:rPr>
              <w:t>Column heading</w:t>
            </w:r>
          </w:p>
        </w:tc>
        <w:tc>
          <w:tcPr>
            <w:tcW w:w="3312" w:type="dxa"/>
            <w:shd w:val="clear" w:color="auto" w:fill="EAF5F4"/>
          </w:tcPr>
          <w:p w14:paraId="0F576281" w14:textId="77777777" w:rsidR="001B326E" w:rsidRDefault="008C488B">
            <w:r>
              <w:rPr>
                <w:b/>
                <w:color w:val="155F63"/>
                <w:sz w:val="17"/>
              </w:rPr>
              <w:t>Column heading</w:t>
            </w:r>
          </w:p>
        </w:tc>
      </w:tr>
      <w:tr w:rsidR="001B326E" w14:paraId="421DD13E" w14:textId="77777777">
        <w:trPr>
          <w:cantSplit/>
          <w:jc w:val="center"/>
        </w:trPr>
        <w:tc>
          <w:tcPr>
            <w:tcW w:w="3312" w:type="dxa"/>
          </w:tcPr>
          <w:p w14:paraId="65BA2011" w14:textId="77777777" w:rsidR="001B326E" w:rsidRDefault="008C488B">
            <w:r>
              <w:rPr>
                <w:sz w:val="17"/>
              </w:rPr>
              <w:t>[Data]</w:t>
            </w:r>
          </w:p>
        </w:tc>
        <w:tc>
          <w:tcPr>
            <w:tcW w:w="3312" w:type="dxa"/>
          </w:tcPr>
          <w:p w14:paraId="306D1441" w14:textId="77777777" w:rsidR="001B326E" w:rsidRDefault="008C488B">
            <w:r>
              <w:rPr>
                <w:sz w:val="17"/>
              </w:rPr>
              <w:t>[Data]</w:t>
            </w:r>
          </w:p>
        </w:tc>
        <w:tc>
          <w:tcPr>
            <w:tcW w:w="3312" w:type="dxa"/>
          </w:tcPr>
          <w:p w14:paraId="63AEC08D" w14:textId="77777777" w:rsidR="001B326E" w:rsidRDefault="008C488B">
            <w:r>
              <w:rPr>
                <w:sz w:val="17"/>
              </w:rPr>
              <w:t>[Data]</w:t>
            </w:r>
          </w:p>
        </w:tc>
      </w:tr>
      <w:tr w:rsidR="001B326E" w14:paraId="24D67BFC" w14:textId="77777777">
        <w:trPr>
          <w:cantSplit/>
          <w:jc w:val="center"/>
        </w:trPr>
        <w:tc>
          <w:tcPr>
            <w:tcW w:w="3312" w:type="dxa"/>
          </w:tcPr>
          <w:p w14:paraId="0CF10035" w14:textId="77777777" w:rsidR="001B326E" w:rsidRDefault="008C488B">
            <w:r>
              <w:rPr>
                <w:sz w:val="17"/>
              </w:rPr>
              <w:t>[Data]</w:t>
            </w:r>
          </w:p>
        </w:tc>
        <w:tc>
          <w:tcPr>
            <w:tcW w:w="3312" w:type="dxa"/>
          </w:tcPr>
          <w:p w14:paraId="14A1AC13" w14:textId="77777777" w:rsidR="001B326E" w:rsidRDefault="008C488B">
            <w:r>
              <w:rPr>
                <w:sz w:val="17"/>
              </w:rPr>
              <w:t>[Data]</w:t>
            </w:r>
          </w:p>
        </w:tc>
        <w:tc>
          <w:tcPr>
            <w:tcW w:w="3312" w:type="dxa"/>
          </w:tcPr>
          <w:p w14:paraId="19531EEF" w14:textId="77777777" w:rsidR="001B326E" w:rsidRDefault="008C488B">
            <w:r>
              <w:rPr>
                <w:sz w:val="17"/>
              </w:rPr>
              <w:t>[Data]</w:t>
            </w:r>
          </w:p>
        </w:tc>
      </w:tr>
    </w:tbl>
    <w:p w14:paraId="535F3F1F" w14:textId="77777777" w:rsidR="001B326E" w:rsidRDefault="008C488B">
      <w:r>
        <w:rPr>
          <w:b/>
          <w:sz w:val="19"/>
        </w:rPr>
        <w:t xml:space="preserve">Table 1. </w:t>
      </w:r>
      <w:r>
        <w:rPr>
          <w:sz w:val="19"/>
        </w:rPr>
        <w:t>Descriptive table title.</w:t>
      </w:r>
    </w:p>
    <w:p w14:paraId="08057A88" w14:textId="77777777" w:rsidR="001B326E" w:rsidRDefault="008C488B">
      <w:r>
        <w:br w:type="page"/>
      </w:r>
    </w:p>
    <w:p w14:paraId="553A66F5" w14:textId="77777777" w:rsidR="001B326E" w:rsidRDefault="008C488B">
      <w:pPr>
        <w:pStyle w:val="Heading1"/>
      </w:pPr>
      <w:r>
        <w:lastRenderedPageBreak/>
        <w:t>PART V  |  PRE-SUBMISSION CHECKLIST</w:t>
      </w:r>
    </w:p>
    <w:p w14:paraId="3C8C9DA5" w14:textId="77777777" w:rsidR="001B326E" w:rsidRDefault="008C488B">
      <w:r>
        <w:rPr>
          <w:sz w:val="20"/>
        </w:rPr>
        <w:t>☐  The submission category is clearly identified.</w:t>
      </w:r>
    </w:p>
    <w:p w14:paraId="79889835" w14:textId="77777777" w:rsidR="001B326E" w:rsidRDefault="008C488B">
      <w:r>
        <w:rPr>
          <w:sz w:val="20"/>
        </w:rPr>
        <w:t>☐  The Title Page is separate from the anonymous manuscript.</w:t>
      </w:r>
    </w:p>
    <w:p w14:paraId="08441E38" w14:textId="77777777" w:rsidR="001B326E" w:rsidRDefault="008C488B">
      <w:r>
        <w:rPr>
          <w:sz w:val="20"/>
        </w:rPr>
        <w:t>☐  The anonymous manuscript contains no author-identifying information.</w:t>
      </w:r>
    </w:p>
    <w:p w14:paraId="384812A6" w14:textId="77777777" w:rsidR="001B326E" w:rsidRDefault="008C488B">
      <w:r>
        <w:rPr>
          <w:sz w:val="20"/>
        </w:rPr>
        <w:t>☐  The abstract is 150-250 words and 4-6 keywords are provided.</w:t>
      </w:r>
    </w:p>
    <w:p w14:paraId="40004F02" w14:textId="77777777" w:rsidR="001B326E" w:rsidRDefault="008C488B">
      <w:r>
        <w:rPr>
          <w:sz w:val="20"/>
        </w:rPr>
        <w:t>☐  The manuscript structure is appropriate to the selected article type.</w:t>
      </w:r>
    </w:p>
    <w:p w14:paraId="66E3DE5C" w14:textId="77777777" w:rsidR="001B326E" w:rsidRDefault="008C488B">
      <w:r>
        <w:rPr>
          <w:sz w:val="20"/>
        </w:rPr>
        <w:t>☐  The total word count is appropriate and includes author biographies, references, appendices and supplementary materials.</w:t>
      </w:r>
    </w:p>
    <w:p w14:paraId="4ED65912" w14:textId="77777777" w:rsidR="001B326E" w:rsidRDefault="008C488B">
      <w:r>
        <w:rPr>
          <w:sz w:val="20"/>
        </w:rPr>
        <w:t>☐  APA 7th edition is used consistently and DOI information is included where available.</w:t>
      </w:r>
    </w:p>
    <w:p w14:paraId="1023E5BA" w14:textId="77777777" w:rsidR="001B326E" w:rsidRDefault="008C488B">
      <w:r>
        <w:rPr>
          <w:sz w:val="20"/>
        </w:rPr>
        <w:t>☐  All figures, tables and media are labelled and cited in the text.</w:t>
      </w:r>
    </w:p>
    <w:p w14:paraId="4C30D069" w14:textId="77777777" w:rsidR="001B326E" w:rsidRDefault="008C488B">
      <w:r>
        <w:rPr>
          <w:sz w:val="20"/>
        </w:rPr>
        <w:t>☐  Permissions and publication consent have been obtained for third-party or identifiable material where required.</w:t>
      </w:r>
    </w:p>
    <w:p w14:paraId="07B81CB2" w14:textId="77777777" w:rsidR="001B326E" w:rsidRDefault="008C488B">
      <w:r>
        <w:rPr>
          <w:sz w:val="20"/>
        </w:rPr>
        <w:t>☐  Ethical considerations and approvals are clearly addressed where applicable.</w:t>
      </w:r>
    </w:p>
    <w:p w14:paraId="3D319641" w14:textId="77777777" w:rsidR="001B326E" w:rsidRDefault="008C488B">
      <w:r>
        <w:rPr>
          <w:sz w:val="20"/>
        </w:rPr>
        <w:t>☐  Any use of AI tools has been appropriately disclosed.</w:t>
      </w:r>
    </w:p>
    <w:p w14:paraId="325E214B" w14:textId="77777777" w:rsidR="001B326E" w:rsidRDefault="008C488B">
      <w:r>
        <w:rPr>
          <w:sz w:val="20"/>
        </w:rPr>
        <w:t>☐  Conflicts of interest and funding/support have been disclosed.</w:t>
      </w:r>
    </w:p>
    <w:p w14:paraId="60300061" w14:textId="77777777" w:rsidR="001B326E" w:rsidRDefault="008C488B">
      <w:r>
        <w:rPr>
          <w:sz w:val="20"/>
        </w:rPr>
        <w:t>☐  Author biography/biographies of 50-100 words are included on the Title Page.</w:t>
      </w:r>
    </w:p>
    <w:p w14:paraId="2C8B63AE" w14:textId="77777777" w:rsidR="001B326E" w:rsidRDefault="008C488B">
      <w:r>
        <w:rPr>
          <w:sz w:val="20"/>
        </w:rPr>
        <w:t>☐  All authors have approved the submission.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595"/>
      </w:tblGrid>
      <w:tr w:rsidR="001B326E" w14:paraId="798A6AB3" w14:textId="77777777">
        <w:trPr>
          <w:cantSplit/>
          <w:jc w:val="center"/>
        </w:trPr>
        <w:tc>
          <w:tcPr>
            <w:tcW w:w="9936" w:type="dxa"/>
            <w:tcBorders>
              <w:top w:val="single" w:sz="4" w:space="0" w:color="B8D7D5"/>
              <w:left w:val="single" w:sz="4" w:space="0" w:color="B8D7D5"/>
              <w:bottom w:val="single" w:sz="4" w:space="0" w:color="B8D7D5"/>
              <w:right w:val="single" w:sz="4" w:space="0" w:color="B8D7D5"/>
            </w:tcBorders>
            <w:shd w:val="clear" w:color="auto" w:fill="EAF5F4"/>
          </w:tcPr>
          <w:p w14:paraId="7A7BC6E6" w14:textId="77777777" w:rsidR="001B326E" w:rsidRDefault="008C488B">
            <w:pPr>
              <w:spacing w:after="0"/>
            </w:pPr>
            <w:r>
              <w:rPr>
                <w:b/>
                <w:color w:val="155F63"/>
                <w:sz w:val="19"/>
              </w:rPr>
              <w:t xml:space="preserve">Current guidance. </w:t>
            </w:r>
            <w:r>
              <w:rPr>
                <w:color w:val="222222"/>
                <w:sz w:val="19"/>
              </w:rPr>
              <w:t>This template reflects the CAET author guidance and eight submission categories in effect in September 2026. Authors should consult the journal website for the current policies before submission.</w:t>
            </w:r>
          </w:p>
        </w:tc>
      </w:tr>
    </w:tbl>
    <w:p w14:paraId="4E2C4CB0" w14:textId="77777777" w:rsidR="001B326E" w:rsidRDefault="001B326E">
      <w:pPr>
        <w:spacing w:after="0"/>
      </w:pPr>
    </w:p>
    <w:p w14:paraId="1486D8ED" w14:textId="77777777" w:rsidR="001B326E" w:rsidRDefault="008C488B">
      <w:pPr>
        <w:jc w:val="center"/>
      </w:pPr>
      <w:r>
        <w:rPr>
          <w:b/>
          <w:color w:val="155F63"/>
          <w:sz w:val="22"/>
        </w:rPr>
        <w:t>Creative Arts in Education and Therapy (CAET)</w:t>
      </w:r>
    </w:p>
    <w:p w14:paraId="143CBF89" w14:textId="77777777" w:rsidR="001B326E" w:rsidRDefault="008C488B">
      <w:pPr>
        <w:jc w:val="center"/>
      </w:pPr>
      <w:r>
        <w:rPr>
          <w:color w:val="6B6B6B"/>
          <w:sz w:val="17"/>
        </w:rPr>
        <w:t>Official Journal of the International Association of Creative Arts in Education and Therapy (IACAET)</w:t>
      </w:r>
    </w:p>
    <w:sectPr w:rsidR="001B326E" w:rsidSect="008E20C6">
      <w:headerReference w:type="default" r:id="rId8"/>
      <w:footerReference w:type="default" r:id="rId9"/>
      <w:pgSz w:w="11907" w:h="16840" w:code="9"/>
      <w:pgMar w:top="936" w:right="1151" w:bottom="936" w:left="11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5DED1" w14:textId="77777777" w:rsidR="003E71EA" w:rsidRDefault="003E71EA">
      <w:pPr>
        <w:spacing w:after="0" w:line="240" w:lineRule="auto"/>
      </w:pPr>
      <w:r>
        <w:separator/>
      </w:r>
    </w:p>
  </w:endnote>
  <w:endnote w:type="continuationSeparator" w:id="0">
    <w:p w14:paraId="7C338FCB" w14:textId="77777777" w:rsidR="003E71EA" w:rsidRDefault="003E7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109E2" w14:textId="77777777" w:rsidR="001B326E" w:rsidRDefault="001B326E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794"/>
      <w:gridCol w:w="4811"/>
    </w:tblGrid>
    <w:tr w:rsidR="001B326E" w14:paraId="6CF682BB" w14:textId="77777777">
      <w:trPr>
        <w:jc w:val="center"/>
      </w:trPr>
      <w:tc>
        <w:tcPr>
          <w:tcW w:w="4968" w:type="dxa"/>
          <w:tcBorders>
            <w:top w:val="single" w:sz="4" w:space="0" w:color="B8D7D5"/>
          </w:tcBorders>
        </w:tcPr>
        <w:p w14:paraId="6445131E" w14:textId="77777777" w:rsidR="001B326E" w:rsidRDefault="008C488B">
          <w:r>
            <w:rPr>
              <w:color w:val="6B6B6B"/>
              <w:sz w:val="15"/>
            </w:rPr>
            <w:t>Creative Arts in Education and Therapy | East, West and Global Perspectives</w:t>
          </w:r>
        </w:p>
      </w:tc>
      <w:tc>
        <w:tcPr>
          <w:tcW w:w="4968" w:type="dxa"/>
          <w:tcBorders>
            <w:top w:val="single" w:sz="4" w:space="0" w:color="B8D7D5"/>
          </w:tcBorders>
        </w:tcPr>
        <w:p w14:paraId="48FB54F1" w14:textId="77777777" w:rsidR="001B326E" w:rsidRDefault="008C488B">
          <w:pPr>
            <w:jc w:val="right"/>
          </w:pPr>
          <w:r>
            <w:rPr>
              <w:color w:val="167F83"/>
              <w:sz w:val="15"/>
            </w:rPr>
            <w:t>caet.inspirees.com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02DB2" w14:textId="77777777" w:rsidR="003E71EA" w:rsidRDefault="003E71EA">
      <w:pPr>
        <w:spacing w:after="0" w:line="240" w:lineRule="auto"/>
      </w:pPr>
      <w:r>
        <w:separator/>
      </w:r>
    </w:p>
  </w:footnote>
  <w:footnote w:type="continuationSeparator" w:id="0">
    <w:p w14:paraId="51EF4138" w14:textId="77777777" w:rsidR="003E71EA" w:rsidRDefault="003E71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B253E" w14:textId="77777777" w:rsidR="001B326E" w:rsidRDefault="008C488B">
    <w:pPr>
      <w:pStyle w:val="Header"/>
      <w:jc w:val="right"/>
    </w:pPr>
    <w:proofErr w:type="gramStart"/>
    <w:r>
      <w:rPr>
        <w:b/>
        <w:color w:val="155F63"/>
        <w:sz w:val="16"/>
      </w:rPr>
      <w:t>CAET  |</w:t>
    </w:r>
    <w:proofErr w:type="gramEnd"/>
    <w:r>
      <w:rPr>
        <w:b/>
        <w:color w:val="155F63"/>
        <w:sz w:val="16"/>
      </w:rPr>
      <w:t xml:space="preserve">  AUTHOR MANUSCRIPT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0229942">
    <w:abstractNumId w:val="8"/>
  </w:num>
  <w:num w:numId="2" w16cid:durableId="1941061246">
    <w:abstractNumId w:val="6"/>
  </w:num>
  <w:num w:numId="3" w16cid:durableId="1362976011">
    <w:abstractNumId w:val="5"/>
  </w:num>
  <w:num w:numId="4" w16cid:durableId="1875800580">
    <w:abstractNumId w:val="4"/>
  </w:num>
  <w:num w:numId="5" w16cid:durableId="181894518">
    <w:abstractNumId w:val="7"/>
  </w:num>
  <w:num w:numId="6" w16cid:durableId="1724332931">
    <w:abstractNumId w:val="3"/>
  </w:num>
  <w:num w:numId="7" w16cid:durableId="680665641">
    <w:abstractNumId w:val="2"/>
  </w:num>
  <w:num w:numId="8" w16cid:durableId="1021012557">
    <w:abstractNumId w:val="1"/>
  </w:num>
  <w:num w:numId="9" w16cid:durableId="1472596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326E"/>
    <w:rsid w:val="0029639D"/>
    <w:rsid w:val="00326F90"/>
    <w:rsid w:val="003B5877"/>
    <w:rsid w:val="003E71EA"/>
    <w:rsid w:val="007862C1"/>
    <w:rsid w:val="008C488B"/>
    <w:rsid w:val="008E20C6"/>
    <w:rsid w:val="00AA1D8D"/>
    <w:rsid w:val="00B47730"/>
    <w:rsid w:val="00CB0664"/>
    <w:rsid w:val="00D52C9B"/>
    <w:rsid w:val="00E25294"/>
    <w:rsid w:val="00F41A4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D0BE425"/>
  <w14:defaultImageDpi w14:val="300"/>
  <w15:docId w15:val="{97975B0B-7F5C-453A-90F3-278E30583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Lato" w:hAnsi="Lato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color w:val="155F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155F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/>
      <w:b/>
      <w:bCs/>
      <w:color w:val="155F6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222222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ETLabel">
    <w:name w:val="CAET Label"/>
    <w:pPr>
      <w:spacing w:after="60"/>
    </w:pPr>
    <w:rPr>
      <w:rFonts w:ascii="Lato" w:hAnsi="Lato"/>
      <w:b/>
      <w:color w:val="155F63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2111</Words>
  <Characters>12035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Tony Zhou</cp:lastModifiedBy>
  <cp:revision>5</cp:revision>
  <dcterms:created xsi:type="dcterms:W3CDTF">2026-09-03T14:52:00Z</dcterms:created>
  <dcterms:modified xsi:type="dcterms:W3CDTF">2026-10-30T06:50:00Z</dcterms:modified>
  <cp:category/>
</cp:coreProperties>
</file>